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924" w14:textId="5850D054" w:rsidR="0047396F" w:rsidRPr="0047396F" w:rsidRDefault="0047396F" w:rsidP="00A3585A">
      <w:pPr>
        <w:ind w:left="2880" w:firstLine="4320"/>
        <w:rPr>
          <w:rFonts w:cs="Arial"/>
          <w:b/>
          <w:szCs w:val="19"/>
          <w:lang w:val="pl-PL"/>
        </w:rPr>
      </w:pPr>
      <w:r w:rsidRPr="0047396F">
        <w:rPr>
          <w:rFonts w:cs="Arial"/>
          <w:bCs/>
          <w:szCs w:val="19"/>
          <w:lang w:val="pl-PL"/>
        </w:rPr>
        <w:t>Załącznik</w:t>
      </w:r>
      <w:r>
        <w:rPr>
          <w:rFonts w:cs="Arial"/>
          <w:bCs/>
          <w:szCs w:val="19"/>
          <w:lang w:val="pl-PL"/>
        </w:rPr>
        <w:t xml:space="preserve"> nr 1 do Zarządzenia </w:t>
      </w:r>
      <w:r w:rsidR="00A3585A">
        <w:rPr>
          <w:rFonts w:cs="Arial"/>
          <w:bCs/>
          <w:szCs w:val="19"/>
          <w:lang w:val="pl-PL"/>
        </w:rPr>
        <w:t xml:space="preserve">nr </w:t>
      </w:r>
      <w:r w:rsidR="00943E16">
        <w:rPr>
          <w:rFonts w:cs="Arial"/>
          <w:bCs/>
          <w:szCs w:val="19"/>
          <w:lang w:val="pl-PL"/>
        </w:rPr>
        <w:t>40</w:t>
      </w:r>
      <w:r w:rsidR="00A3585A">
        <w:rPr>
          <w:rFonts w:cs="Arial"/>
          <w:bCs/>
          <w:szCs w:val="19"/>
          <w:lang w:val="pl-PL"/>
        </w:rPr>
        <w:t xml:space="preserve">/2026 </w:t>
      </w:r>
      <w:r w:rsidR="00A3585A">
        <w:rPr>
          <w:rFonts w:cs="Arial"/>
          <w:bCs/>
          <w:szCs w:val="19"/>
          <w:lang w:val="pl-PL"/>
        </w:rPr>
        <w:br/>
      </w:r>
      <w:r w:rsidRPr="0047396F">
        <w:rPr>
          <w:rFonts w:cs="Arial"/>
          <w:b/>
          <w:szCs w:val="19"/>
          <w:lang w:val="pl-PL"/>
        </w:rPr>
        <w:tab/>
      </w:r>
    </w:p>
    <w:p w14:paraId="2D5F23F7" w14:textId="2EBCFF69" w:rsidR="00641557" w:rsidRPr="00A10255" w:rsidRDefault="0080110A">
      <w:pPr>
        <w:jc w:val="center"/>
        <w:rPr>
          <w:rFonts w:cs="Arial"/>
          <w:lang w:val="pl-PL"/>
        </w:rPr>
      </w:pPr>
      <w:r w:rsidRPr="00A10255">
        <w:rPr>
          <w:rFonts w:cs="Arial"/>
          <w:b/>
          <w:sz w:val="28"/>
          <w:lang w:val="pl-PL"/>
        </w:rPr>
        <w:t>PROCEDURA MONITOROWANIA I OCENY ŚWIADCZENIA USŁUG OPIEKUŃCZYCH W MIEJSCU ZAMIESZKANIA</w:t>
      </w:r>
    </w:p>
    <w:p w14:paraId="29EE5C41" w14:textId="77777777" w:rsidR="00100A9A" w:rsidRDefault="00100A9A">
      <w:pPr>
        <w:spacing w:before="100" w:after="60"/>
        <w:rPr>
          <w:rFonts w:cs="Arial"/>
          <w:i/>
          <w:lang w:val="pl-PL"/>
        </w:rPr>
      </w:pPr>
    </w:p>
    <w:p w14:paraId="57FCEBBC" w14:textId="4ABB64C4" w:rsidR="00641557" w:rsidRPr="00FD59CB" w:rsidRDefault="0080110A" w:rsidP="00FD59CB">
      <w:pPr>
        <w:spacing w:before="100" w:after="60"/>
        <w:jc w:val="center"/>
        <w:rPr>
          <w:rFonts w:cs="Arial"/>
          <w:b/>
          <w:sz w:val="22"/>
          <w:lang w:val="pl-PL"/>
        </w:rPr>
      </w:pPr>
      <w:r w:rsidRPr="00A10255">
        <w:rPr>
          <w:rFonts w:cs="Arial"/>
          <w:b/>
          <w:sz w:val="22"/>
          <w:lang w:val="pl-PL"/>
        </w:rPr>
        <w:t>Rozdział I. Postanowienia ogólne</w:t>
      </w:r>
    </w:p>
    <w:p w14:paraId="7700DC9F" w14:textId="77777777" w:rsidR="0004317E" w:rsidRDefault="0080110A" w:rsidP="0004317E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1. </w:t>
      </w:r>
    </w:p>
    <w:p w14:paraId="1CEC6656" w14:textId="60855AFF" w:rsidR="00641557" w:rsidRPr="00A10255" w:rsidRDefault="0080110A" w:rsidP="0004317E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Cel i przedmiot procedury</w:t>
      </w:r>
    </w:p>
    <w:p w14:paraId="341EBF52" w14:textId="0A07510C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1. Procedura określa sposób realizacji przez </w:t>
      </w:r>
      <w:r w:rsidR="00FD59CB">
        <w:rPr>
          <w:rFonts w:cs="Arial"/>
          <w:lang w:val="pl-PL"/>
        </w:rPr>
        <w:t>G</w:t>
      </w:r>
      <w:r w:rsidRPr="00A10255">
        <w:rPr>
          <w:rFonts w:cs="Arial"/>
          <w:lang w:val="pl-PL"/>
        </w:rPr>
        <w:t>minę</w:t>
      </w:r>
      <w:r w:rsidR="00100A9A">
        <w:rPr>
          <w:rFonts w:cs="Arial"/>
          <w:lang w:val="pl-PL"/>
        </w:rPr>
        <w:t xml:space="preserve"> Miasta Sopotu</w:t>
      </w:r>
      <w:r w:rsidR="00FD59CB">
        <w:rPr>
          <w:rFonts w:cs="Arial"/>
          <w:lang w:val="pl-PL"/>
        </w:rPr>
        <w:t>- Miejski Ośrodek Pomocy Społecznej w Sopocie</w:t>
      </w:r>
      <w:r w:rsidRPr="00A10255">
        <w:rPr>
          <w:rFonts w:cs="Arial"/>
          <w:lang w:val="pl-PL"/>
        </w:rPr>
        <w:t xml:space="preserve"> obowiązku monitorowania i oceny świadczenia usług opiekuńczych w miejscu zamieszkania, o którym mowa w art. 50b ust. 2–5 ustawy z dnia 12 marca 2004 r. o pomocy społecznej.</w:t>
      </w:r>
    </w:p>
    <w:p w14:paraId="1A9E6A9C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Monitorowanie obejmuje zbieranie i analizowanie informacji na temat świadczonych usług w celu dokonania ich oceny.</w:t>
      </w:r>
    </w:p>
    <w:p w14:paraId="4A6C9087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Ocena służy zapewnieniu odpowiedniej jakości usług świadczonych zgodnie ze standardem i obejmuje w szczególności bezpieczeństwo, skuteczność i celowość usług.</w:t>
      </w:r>
    </w:p>
    <w:p w14:paraId="41F16B2D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4. Procedura nie zastępuje postępowania administracyjnego w sprawie przyznania, zmiany lub uchylenia świadczenia ani obowiązków wynikających z umowy zawartej z podmiotem realizującym usługi.</w:t>
      </w:r>
    </w:p>
    <w:p w14:paraId="4ACE2B50" w14:textId="77777777" w:rsidR="00FD59CB" w:rsidRDefault="0080110A" w:rsidP="00FD59CB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2. </w:t>
      </w:r>
    </w:p>
    <w:p w14:paraId="65A978E8" w14:textId="55BCE5F1" w:rsidR="00641557" w:rsidRPr="00A10255" w:rsidRDefault="0080110A" w:rsidP="00FD59CB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Podstawa prawna</w:t>
      </w:r>
    </w:p>
    <w:p w14:paraId="31905B23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Ustawa z dnia 12 marca 2004 r. o pomocy społecznej, w szczególności art. 50 i art. 50b.</w:t>
      </w:r>
    </w:p>
    <w:p w14:paraId="0A05150D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Rozporządzenie Ministra Rodziny, Pracy i Polityki Społecznej z dnia 4 sierpnia 2026 r. w sprawie usług opiekuńczych w miejscu zamieszkania (Dz. U. z 2026 r. poz. 1067), w szczególności § 4 i § 5.</w:t>
      </w:r>
    </w:p>
    <w:p w14:paraId="00054435" w14:textId="75EE48D5" w:rsidR="00641557" w:rsidRPr="00A10255" w:rsidRDefault="0080110A" w:rsidP="00FD59CB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3. </w:t>
      </w:r>
      <w:r w:rsidR="0047396F">
        <w:rPr>
          <w:rFonts w:cs="Arial"/>
          <w:b/>
          <w:sz w:val="20"/>
          <w:lang w:val="pl-PL"/>
        </w:rPr>
        <w:br/>
      </w:r>
      <w:r w:rsidRPr="00A10255">
        <w:rPr>
          <w:rFonts w:cs="Arial"/>
          <w:b/>
          <w:sz w:val="20"/>
          <w:lang w:val="pl-PL"/>
        </w:rPr>
        <w:t>Zakres stosowania</w:t>
      </w:r>
    </w:p>
    <w:p w14:paraId="6516465F" w14:textId="4FE9622F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1. Procedurę stosuje się do usług opiekuńczych w miejscu zamieszkania organizowanych przez </w:t>
      </w:r>
      <w:r w:rsidR="00FD59CB">
        <w:rPr>
          <w:rFonts w:cs="Arial"/>
          <w:lang w:val="pl-PL"/>
        </w:rPr>
        <w:t>G</w:t>
      </w:r>
      <w:r w:rsidRPr="00A10255">
        <w:rPr>
          <w:rFonts w:cs="Arial"/>
          <w:lang w:val="pl-PL"/>
        </w:rPr>
        <w:t>minę</w:t>
      </w:r>
      <w:r w:rsidR="00100A9A">
        <w:rPr>
          <w:rFonts w:cs="Arial"/>
          <w:lang w:val="pl-PL"/>
        </w:rPr>
        <w:t xml:space="preserve"> Miasta Sopotu</w:t>
      </w:r>
      <w:r w:rsidR="00FD59CB">
        <w:rPr>
          <w:rFonts w:cs="Arial"/>
          <w:lang w:val="pl-PL"/>
        </w:rPr>
        <w:t>- Miejski Ośrodek Pomocy Społecznej w Sopocie</w:t>
      </w:r>
      <w:r w:rsidRPr="00A10255">
        <w:rPr>
          <w:rFonts w:cs="Arial"/>
          <w:lang w:val="pl-PL"/>
        </w:rPr>
        <w:t xml:space="preserve">, </w:t>
      </w:r>
      <w:r w:rsidR="00100A9A">
        <w:rPr>
          <w:rFonts w:cs="Arial"/>
          <w:lang w:val="pl-PL"/>
        </w:rPr>
        <w:t>realizowan</w:t>
      </w:r>
      <w:r w:rsidR="00FD59CB">
        <w:rPr>
          <w:rFonts w:cs="Arial"/>
          <w:lang w:val="pl-PL"/>
        </w:rPr>
        <w:t>ych</w:t>
      </w:r>
      <w:r w:rsidR="00100A9A">
        <w:rPr>
          <w:rFonts w:cs="Arial"/>
          <w:lang w:val="pl-PL"/>
        </w:rPr>
        <w:t xml:space="preserve"> przez </w:t>
      </w:r>
      <w:r w:rsidRPr="00A10255">
        <w:rPr>
          <w:rFonts w:cs="Arial"/>
          <w:lang w:val="pl-PL"/>
        </w:rPr>
        <w:t>podmiot zewnętrzny</w:t>
      </w:r>
      <w:r w:rsidR="00100A9A">
        <w:rPr>
          <w:rFonts w:cs="Arial"/>
          <w:lang w:val="pl-PL"/>
        </w:rPr>
        <w:t xml:space="preserve"> wyłoniony na podstawie konkursu</w:t>
      </w:r>
      <w:r w:rsidRPr="00A10255">
        <w:rPr>
          <w:rFonts w:cs="Arial"/>
          <w:lang w:val="pl-PL"/>
        </w:rPr>
        <w:t>.</w:t>
      </w:r>
    </w:p>
    <w:p w14:paraId="22968F4B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Czynności monitorujące dotyczą sposobu i zakresu realizacji usług oraz ich zgodności z decyzją administracyjną, indywidualnymi potrzebami osoby i standardem.</w:t>
      </w:r>
    </w:p>
    <w:p w14:paraId="0503FD5A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Ilekroć w procedurze jest mowa o osobie korzystającej z usług, rozumie się przez to osobę, na rzecz której świadczone są usługi opiekuńcze.</w:t>
      </w:r>
    </w:p>
    <w:p w14:paraId="051B15A7" w14:textId="77777777" w:rsidR="00641557" w:rsidRPr="00A10255" w:rsidRDefault="0080110A" w:rsidP="0004317E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2"/>
          <w:lang w:val="pl-PL"/>
        </w:rPr>
        <w:t>Rozdział II. Monitorowanie świadczenia usług</w:t>
      </w:r>
    </w:p>
    <w:p w14:paraId="69042ED4" w14:textId="77777777" w:rsidR="0004317E" w:rsidRDefault="0080110A" w:rsidP="0004317E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4. </w:t>
      </w:r>
    </w:p>
    <w:p w14:paraId="7B1A64BB" w14:textId="7490907E" w:rsidR="00641557" w:rsidRPr="00A10255" w:rsidRDefault="0080110A" w:rsidP="0004317E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Formy monitorowania</w:t>
      </w:r>
    </w:p>
    <w:p w14:paraId="3E975B8F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Monitorowanie prowadzi się poprzez działania określone w § 5 ust. 1 rozporządzenia.</w:t>
      </w:r>
    </w:p>
    <w:p w14:paraId="7C3A70D3" w14:textId="77777777" w:rsidR="00100A9A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2. Obejmuje ono: </w:t>
      </w:r>
    </w:p>
    <w:p w14:paraId="560D5476" w14:textId="77777777" w:rsidR="00100A9A" w:rsidRDefault="0080110A" w:rsidP="00100A9A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1) wizyty w miejscu zamieszkania osoby korzystającej z usług; </w:t>
      </w:r>
    </w:p>
    <w:p w14:paraId="151A7D31" w14:textId="218E78F7" w:rsidR="00100A9A" w:rsidRDefault="0080110A" w:rsidP="00100A9A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2) pozyskiwanie opinii </w:t>
      </w:r>
      <w:r w:rsidR="00100A9A">
        <w:rPr>
          <w:rFonts w:cs="Arial"/>
          <w:lang w:val="pl-PL"/>
        </w:rPr>
        <w:t>osoby korzystającej z usług</w:t>
      </w:r>
      <w:r w:rsidRPr="00A10255">
        <w:rPr>
          <w:rFonts w:cs="Arial"/>
          <w:lang w:val="pl-PL"/>
        </w:rPr>
        <w:t xml:space="preserve">; </w:t>
      </w:r>
    </w:p>
    <w:p w14:paraId="4DA0BEC4" w14:textId="31680EAC" w:rsidR="00100A9A" w:rsidRDefault="0080110A" w:rsidP="00100A9A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>3) pozyskiwanie opinii członków rodziny posiadających wiedzę o realizacji usług</w:t>
      </w:r>
      <w:r w:rsidR="00100A9A">
        <w:rPr>
          <w:rFonts w:cs="Arial"/>
          <w:lang w:val="pl-PL"/>
        </w:rPr>
        <w:t xml:space="preserve"> (w razie potrzeby)</w:t>
      </w:r>
      <w:r w:rsidRPr="00A10255">
        <w:rPr>
          <w:rFonts w:cs="Arial"/>
          <w:lang w:val="pl-PL"/>
        </w:rPr>
        <w:t xml:space="preserve">; </w:t>
      </w:r>
    </w:p>
    <w:p w14:paraId="4FA06014" w14:textId="34417135" w:rsidR="00641557" w:rsidRPr="00A10255" w:rsidRDefault="0080110A" w:rsidP="00100A9A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>4) bieżącą analizę informacji potwierdzających sposób i zakres realizowanych usług.</w:t>
      </w:r>
    </w:p>
    <w:p w14:paraId="5692C504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Dobór i zakres czynności monitorujących uwzględnia stan zdrowia, możliwości psychofizyczne i sytuację osoby korzystającej z usług.</w:t>
      </w:r>
    </w:p>
    <w:p w14:paraId="0E7E1080" w14:textId="77777777" w:rsidR="0004317E" w:rsidRDefault="0080110A" w:rsidP="0004317E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5. </w:t>
      </w:r>
    </w:p>
    <w:p w14:paraId="579D1DEB" w14:textId="5D869139" w:rsidR="00641557" w:rsidRPr="00A10255" w:rsidRDefault="0080110A" w:rsidP="0004317E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Wizyty w miejscu zamieszkania</w:t>
      </w:r>
    </w:p>
    <w:p w14:paraId="419196B0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Wizyty potwierdzające faktyczne realizowanie usług przeprowadza się zgodnie z potrzebami, nie rzadziej jednak niż raz na pół roku.</w:t>
      </w:r>
    </w:p>
    <w:p w14:paraId="094EC15F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Podczas wizyty ustala się w szczególności, czy usługi są faktycznie realizowane, czy ich zakres i wymiar odpowiadają decyzji administracyjnej oraz czy sposób realizacji odpowiada standardowi.</w:t>
      </w:r>
    </w:p>
    <w:p w14:paraId="2D5D0E6A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lastRenderedPageBreak/>
        <w:t>3. Wizyta powinna być prowadzona z poszanowaniem intymności, godności, autonomii i miru domowego osoby korzystającej z usług.</w:t>
      </w:r>
    </w:p>
    <w:p w14:paraId="65FEB51F" w14:textId="5CD693A6" w:rsidR="00641557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4. Ustalenia z wizyty dokumentuje się w </w:t>
      </w:r>
      <w:r w:rsidR="00100A9A">
        <w:rPr>
          <w:rFonts w:cs="Arial"/>
          <w:lang w:val="pl-PL"/>
        </w:rPr>
        <w:t xml:space="preserve">wywiadzie środowiskowym lub w </w:t>
      </w:r>
      <w:r w:rsidR="00100A9A" w:rsidRPr="00100A9A">
        <w:rPr>
          <w:rFonts w:cs="Arial"/>
          <w:lang w:val="pl-PL"/>
        </w:rPr>
        <w:t>Kar</w:t>
      </w:r>
      <w:r w:rsidR="00100A9A">
        <w:rPr>
          <w:rFonts w:cs="Arial"/>
          <w:lang w:val="pl-PL"/>
        </w:rPr>
        <w:t>cie</w:t>
      </w:r>
      <w:r w:rsidR="00100A9A" w:rsidRPr="00100A9A">
        <w:rPr>
          <w:rFonts w:cs="Arial"/>
          <w:lang w:val="pl-PL"/>
        </w:rPr>
        <w:t xml:space="preserve"> Monitoringu Usług Opiekuńczych</w:t>
      </w:r>
      <w:r w:rsidR="00100A9A" w:rsidRPr="00A10255">
        <w:rPr>
          <w:rFonts w:cs="Arial"/>
          <w:lang w:val="pl-PL"/>
        </w:rPr>
        <w:t>.</w:t>
      </w:r>
    </w:p>
    <w:p w14:paraId="11FBA49A" w14:textId="77777777" w:rsidR="00FD59CB" w:rsidRPr="00A10255" w:rsidRDefault="00FD59CB">
      <w:pPr>
        <w:spacing w:after="20"/>
        <w:ind w:left="198" w:hanging="198"/>
        <w:rPr>
          <w:rFonts w:cs="Arial"/>
          <w:lang w:val="pl-PL"/>
        </w:rPr>
      </w:pPr>
    </w:p>
    <w:p w14:paraId="155EE554" w14:textId="77777777" w:rsidR="0004317E" w:rsidRDefault="0080110A" w:rsidP="0004317E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6. </w:t>
      </w:r>
    </w:p>
    <w:p w14:paraId="77776470" w14:textId="154BBB58" w:rsidR="00641557" w:rsidRPr="00A10255" w:rsidRDefault="0080110A" w:rsidP="0004317E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Opinie osoby korzystającej z usług i członków rodziny</w:t>
      </w:r>
    </w:p>
    <w:p w14:paraId="3A551865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Opinię osoby korzystającej z usług dotyczącą prawidłowości ich realizacji pozyskuje się nie rzadziej niż raz na pół roku, o ile stan zdrowia tej osoby pozwala na wyrażenie opinii.</w:t>
      </w:r>
    </w:p>
    <w:p w14:paraId="6D95B055" w14:textId="37C68CB3" w:rsidR="00641557" w:rsidRPr="00A10255" w:rsidRDefault="0080110A" w:rsidP="00FD59CB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Opinia może zostać pozyskana podczas wizyty, rozmowy lub z wykorzystaniem formularz</w:t>
      </w:r>
      <w:r w:rsidR="00FD59CB">
        <w:rPr>
          <w:rFonts w:cs="Arial"/>
          <w:lang w:val="pl-PL"/>
        </w:rPr>
        <w:t>y</w:t>
      </w:r>
      <w:r w:rsidRPr="00A10255">
        <w:rPr>
          <w:rFonts w:cs="Arial"/>
          <w:lang w:val="pl-PL"/>
        </w:rPr>
        <w:t xml:space="preserve"> stanowiąc</w:t>
      </w:r>
      <w:r w:rsidR="00FD59CB">
        <w:rPr>
          <w:rFonts w:cs="Arial"/>
          <w:lang w:val="pl-PL"/>
        </w:rPr>
        <w:t xml:space="preserve">ych </w:t>
      </w:r>
      <w:r w:rsidRPr="00A10255">
        <w:rPr>
          <w:rFonts w:cs="Arial"/>
          <w:lang w:val="pl-PL"/>
        </w:rPr>
        <w:t>załącznik</w:t>
      </w:r>
      <w:r w:rsidR="00FD59CB">
        <w:rPr>
          <w:rFonts w:cs="Arial"/>
          <w:lang w:val="pl-PL"/>
        </w:rPr>
        <w:t>i</w:t>
      </w:r>
      <w:r w:rsidRPr="00A10255">
        <w:rPr>
          <w:rFonts w:cs="Arial"/>
          <w:lang w:val="pl-PL"/>
        </w:rPr>
        <w:t xml:space="preserve"> do procedury</w:t>
      </w:r>
      <w:r w:rsidR="00FD59CB">
        <w:rPr>
          <w:rFonts w:cs="Arial"/>
          <w:lang w:val="pl-PL"/>
        </w:rPr>
        <w:t xml:space="preserve"> (</w:t>
      </w:r>
      <w:proofErr w:type="spellStart"/>
      <w:r w:rsidR="00FD59CB">
        <w:rPr>
          <w:rFonts w:cs="Arial"/>
          <w:lang w:val="pl-PL"/>
        </w:rPr>
        <w:t>zał</w:t>
      </w:r>
      <w:proofErr w:type="spellEnd"/>
      <w:r w:rsidR="00FD59CB">
        <w:rPr>
          <w:rFonts w:cs="Arial"/>
          <w:lang w:val="pl-PL"/>
        </w:rPr>
        <w:t xml:space="preserve"> </w:t>
      </w:r>
      <w:r w:rsidR="00FD59CB" w:rsidRPr="00FD59CB">
        <w:rPr>
          <w:rFonts w:cs="Arial"/>
          <w:lang w:val="pl-PL"/>
        </w:rPr>
        <w:t>1.</w:t>
      </w:r>
      <w:r w:rsidR="00FD59CB">
        <w:rPr>
          <w:rFonts w:cs="Arial"/>
          <w:lang w:val="pl-PL"/>
        </w:rPr>
        <w:t xml:space="preserve"> </w:t>
      </w:r>
      <w:r w:rsidR="00FD59CB" w:rsidRPr="00FD59CB">
        <w:rPr>
          <w:rFonts w:cs="Arial"/>
          <w:lang w:val="pl-PL"/>
        </w:rPr>
        <w:t>Karta monitoringu usług opiekuńczych</w:t>
      </w:r>
      <w:r w:rsidR="00FD59CB">
        <w:rPr>
          <w:rFonts w:cs="Arial"/>
          <w:lang w:val="pl-PL"/>
        </w:rPr>
        <w:t xml:space="preserve">, zał. 3 </w:t>
      </w:r>
      <w:r w:rsidR="00FD59CB" w:rsidRPr="00FD59CB">
        <w:rPr>
          <w:rFonts w:cs="Arial"/>
          <w:lang w:val="pl-PL"/>
        </w:rPr>
        <w:t>Informacja/opinia członka rodziny posiadającego wiedzę o realizacji usług</w:t>
      </w:r>
      <w:r w:rsidR="00FD59CB">
        <w:rPr>
          <w:rFonts w:cs="Arial"/>
          <w:lang w:val="pl-PL"/>
        </w:rPr>
        <w:t>)</w:t>
      </w:r>
      <w:r w:rsidR="00FD59CB" w:rsidRPr="00FD59CB">
        <w:rPr>
          <w:rFonts w:cs="Arial"/>
          <w:lang w:val="pl-PL"/>
        </w:rPr>
        <w:t>.</w:t>
      </w:r>
    </w:p>
    <w:p w14:paraId="229A9E53" w14:textId="0FD8DDCB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3. Opinie członków rodziny posiadających wiedzę o realizacji usług mogą być pozyskiwane odpowiednio do potrzeb; </w:t>
      </w:r>
      <w:r w:rsidR="00100A9A">
        <w:rPr>
          <w:rFonts w:cs="Arial"/>
          <w:lang w:val="pl-PL"/>
        </w:rPr>
        <w:t>(</w:t>
      </w:r>
      <w:r w:rsidRPr="00A10255">
        <w:rPr>
          <w:rFonts w:cs="Arial"/>
          <w:lang w:val="pl-PL"/>
        </w:rPr>
        <w:t>rozporządzenie nie określa minimalnej częstotliwości ich pozyskiwania</w:t>
      </w:r>
      <w:r w:rsidR="00100A9A">
        <w:rPr>
          <w:rFonts w:cs="Arial"/>
          <w:lang w:val="pl-PL"/>
        </w:rPr>
        <w:t>)</w:t>
      </w:r>
      <w:r w:rsidRPr="00A10255">
        <w:rPr>
          <w:rFonts w:cs="Arial"/>
          <w:lang w:val="pl-PL"/>
        </w:rPr>
        <w:t>.</w:t>
      </w:r>
    </w:p>
    <w:p w14:paraId="20B889EE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4. Brak możliwości uzyskania opinii osoby korzystającej z usług z uwagi na stan zdrowia odnotowuje się w dokumentacji monitorowania.</w:t>
      </w:r>
    </w:p>
    <w:p w14:paraId="0967EEBF" w14:textId="77777777" w:rsidR="00FD59CB" w:rsidRDefault="0080110A" w:rsidP="00FD59CB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7. </w:t>
      </w:r>
    </w:p>
    <w:p w14:paraId="629036A4" w14:textId="7DE65C18" w:rsidR="00641557" w:rsidRPr="00A10255" w:rsidRDefault="0080110A" w:rsidP="00FD59CB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Bieżąca analiza informacji</w:t>
      </w:r>
    </w:p>
    <w:p w14:paraId="518D20D9" w14:textId="548B02C6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1. </w:t>
      </w:r>
      <w:r w:rsidR="00100A9A">
        <w:rPr>
          <w:rFonts w:cs="Arial"/>
          <w:lang w:val="pl-PL"/>
        </w:rPr>
        <w:t>MOPS Sopot</w:t>
      </w:r>
      <w:r w:rsidRPr="00A10255">
        <w:rPr>
          <w:rFonts w:cs="Arial"/>
          <w:lang w:val="pl-PL"/>
        </w:rPr>
        <w:t xml:space="preserve"> prowadzi bieżącą analizę informacji</w:t>
      </w:r>
      <w:r w:rsidR="00FD59CB">
        <w:rPr>
          <w:rFonts w:cs="Arial"/>
          <w:lang w:val="pl-PL"/>
        </w:rPr>
        <w:t xml:space="preserve">, </w:t>
      </w:r>
      <w:r w:rsidRPr="00A10255">
        <w:rPr>
          <w:rFonts w:cs="Arial"/>
          <w:lang w:val="pl-PL"/>
        </w:rPr>
        <w:t>potwierdzających sposób i zakres realizowanych usług.</w:t>
      </w:r>
    </w:p>
    <w:p w14:paraId="2E31F48F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Analiza obejmuje w szczególności: zakres i wymiar wykonanych usług, liczbę niezrealizowanych godzin, zmiany osób wykonujących usługi oraz liczbę skarg i zgłoszeń, w tym anonimowych, dotyczących nieprawidłowego świadczenia usług.</w:t>
      </w:r>
    </w:p>
    <w:p w14:paraId="4D7FCF9D" w14:textId="32C62932" w:rsidR="00641557" w:rsidRPr="00A10255" w:rsidRDefault="0080110A" w:rsidP="00FD59CB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3. Źródłem analizy </w:t>
      </w:r>
      <w:r w:rsidR="00100A9A">
        <w:rPr>
          <w:rFonts w:cs="Arial"/>
          <w:lang w:val="pl-PL"/>
        </w:rPr>
        <w:t>są: zestawienie rzeczywistego świadczenia usług opiekuńczych, harmonogram pracy osób bezpośrednio realizujących usługi opiekuńcze</w:t>
      </w:r>
      <w:r w:rsidRPr="00A10255">
        <w:rPr>
          <w:rFonts w:cs="Arial"/>
          <w:lang w:val="pl-PL"/>
        </w:rPr>
        <w:t>, informacje wykonawcy, zgłoszenia i skargi oraz inne dokumenty potwierdzające faktyczny sposób realizacji usług.</w:t>
      </w:r>
    </w:p>
    <w:p w14:paraId="3B4CA6AF" w14:textId="77777777" w:rsidR="00641557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4. Stwierdzone rozbieżności wymagają wyjaśnienia w zakresie niezbędnym do dokonania oceny świadczenia usług.</w:t>
      </w:r>
    </w:p>
    <w:p w14:paraId="2DF09936" w14:textId="77777777" w:rsidR="00C85BC3" w:rsidRPr="00A10255" w:rsidRDefault="00C85BC3">
      <w:pPr>
        <w:spacing w:after="20"/>
        <w:ind w:left="198" w:hanging="198"/>
        <w:rPr>
          <w:rFonts w:cs="Arial"/>
          <w:lang w:val="pl-PL"/>
        </w:rPr>
      </w:pPr>
    </w:p>
    <w:p w14:paraId="6485C8E5" w14:textId="603BF6F2" w:rsidR="00C85BC3" w:rsidRPr="00C85BC3" w:rsidRDefault="0080110A" w:rsidP="00C85BC3">
      <w:pPr>
        <w:spacing w:before="100" w:after="60"/>
        <w:ind w:firstLine="198"/>
        <w:jc w:val="center"/>
        <w:rPr>
          <w:rFonts w:cs="Arial"/>
          <w:b/>
          <w:sz w:val="22"/>
          <w:lang w:val="pl-PL"/>
        </w:rPr>
      </w:pPr>
      <w:r w:rsidRPr="00A10255">
        <w:rPr>
          <w:rFonts w:cs="Arial"/>
          <w:b/>
          <w:sz w:val="22"/>
          <w:lang w:val="pl-PL"/>
        </w:rPr>
        <w:t>Rozdział III. Ocena świadczenia usług</w:t>
      </w:r>
    </w:p>
    <w:p w14:paraId="414ADA4E" w14:textId="516D0A37" w:rsidR="00641557" w:rsidRPr="00A10255" w:rsidRDefault="0080110A" w:rsidP="00FD59CB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8. </w:t>
      </w:r>
      <w:r w:rsidR="0047396F">
        <w:rPr>
          <w:rFonts w:cs="Arial"/>
          <w:b/>
          <w:sz w:val="20"/>
          <w:lang w:val="pl-PL"/>
        </w:rPr>
        <w:br/>
      </w:r>
      <w:r w:rsidRPr="00A10255">
        <w:rPr>
          <w:rFonts w:cs="Arial"/>
          <w:b/>
          <w:sz w:val="20"/>
          <w:lang w:val="pl-PL"/>
        </w:rPr>
        <w:t>Kryteria oceny</w:t>
      </w:r>
    </w:p>
    <w:p w14:paraId="6FA5C1DE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Przy ocenie świadczenia usług, w tym ich bezpieczeństwa, celowości i skuteczności, uwzględnia się kryteria wskazane w § 5 ust. 2 rozporządzenia.</w:t>
      </w:r>
    </w:p>
    <w:p w14:paraId="58F79DF8" w14:textId="77777777" w:rsidR="00C85BC3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2. Ocenie podlegają w szczególności: </w:t>
      </w:r>
    </w:p>
    <w:p w14:paraId="383D3AAC" w14:textId="77777777" w:rsidR="00C85BC3" w:rsidRDefault="0080110A" w:rsidP="00C85BC3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1) zakres i wymiar faktycznie realizowanych usług zgodnie z decyzją, w tym terminowość i rzetelność; </w:t>
      </w:r>
    </w:p>
    <w:p w14:paraId="571BFC6F" w14:textId="77777777" w:rsidR="00C85BC3" w:rsidRDefault="0080110A" w:rsidP="00C85BC3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2) adekwatność wsparcia do potrzeb osoby; </w:t>
      </w:r>
    </w:p>
    <w:p w14:paraId="6863D759" w14:textId="77777777" w:rsidR="00C85BC3" w:rsidRDefault="0080110A" w:rsidP="00C85BC3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3) realizacja usług zgodnie z zasadami określonymi w § 4 rozporządzenia; </w:t>
      </w:r>
    </w:p>
    <w:p w14:paraId="450B5231" w14:textId="67B01007" w:rsidR="00641557" w:rsidRPr="00A10255" w:rsidRDefault="0080110A" w:rsidP="00C85BC3">
      <w:pPr>
        <w:spacing w:after="20"/>
        <w:ind w:left="198"/>
        <w:rPr>
          <w:rFonts w:cs="Arial"/>
          <w:lang w:val="pl-PL"/>
        </w:rPr>
      </w:pPr>
      <w:r w:rsidRPr="00A10255">
        <w:rPr>
          <w:rFonts w:cs="Arial"/>
          <w:lang w:val="pl-PL"/>
        </w:rPr>
        <w:t>4) wnioski wynikające z monitorowania.</w:t>
      </w:r>
    </w:p>
    <w:p w14:paraId="5E5CF50B" w14:textId="77777777" w:rsidR="00641557" w:rsidRPr="00A10255" w:rsidRDefault="0080110A" w:rsidP="00C85BC3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Ocena zgodności ze standardem nie oznacza obowiązku realizowania wobec każdej osoby wszystkich czynności wymienionych w § 2 rozporządzenia; zakres faktycznego wsparcia powinien odpowiadać indywidualnym potrzebom i decyzji.</w:t>
      </w:r>
    </w:p>
    <w:p w14:paraId="2F319FA2" w14:textId="5F2DBD1D" w:rsidR="00641557" w:rsidRPr="00A10255" w:rsidRDefault="0080110A" w:rsidP="00C85BC3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9. </w:t>
      </w:r>
      <w:r w:rsidR="0047396F">
        <w:rPr>
          <w:rFonts w:cs="Arial"/>
          <w:b/>
          <w:sz w:val="20"/>
          <w:lang w:val="pl-PL"/>
        </w:rPr>
        <w:br/>
      </w:r>
      <w:r w:rsidRPr="00A10255">
        <w:rPr>
          <w:rFonts w:cs="Arial"/>
          <w:b/>
          <w:sz w:val="20"/>
          <w:lang w:val="pl-PL"/>
        </w:rPr>
        <w:t>Sposób świadczenia usług podlegający ocenie</w:t>
      </w:r>
    </w:p>
    <w:p w14:paraId="1DC5CE43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W ramach oceny sprawdza się, czy usługi są świadczone z uwzględnieniem dobra osoby, poszanowaniem jej intymności i godności oraz prawa do autonomii i samostanowienia.</w:t>
      </w:r>
    </w:p>
    <w:p w14:paraId="72B2B31D" w14:textId="23080386" w:rsidR="00641557" w:rsidRDefault="00C85BC3">
      <w:pPr>
        <w:spacing w:after="20"/>
        <w:ind w:left="198" w:hanging="198"/>
        <w:rPr>
          <w:rFonts w:cs="Arial"/>
          <w:lang w:val="pl-PL"/>
        </w:rPr>
      </w:pPr>
      <w:r>
        <w:rPr>
          <w:rFonts w:cs="Arial"/>
          <w:lang w:val="pl-PL"/>
        </w:rPr>
        <w:t>2</w:t>
      </w:r>
      <w:r w:rsidR="0080110A" w:rsidRPr="00A10255">
        <w:rPr>
          <w:rFonts w:cs="Arial"/>
          <w:lang w:val="pl-PL"/>
        </w:rPr>
        <w:t xml:space="preserve">. Sprawdza się, czy wykonane czynności są potwierdzane przez osobę korzystającą z usług w sposób ustalony przez </w:t>
      </w:r>
      <w:r>
        <w:rPr>
          <w:rFonts w:cs="Arial"/>
          <w:lang w:val="pl-PL"/>
        </w:rPr>
        <w:t>MOPS Sopot (podpis na karcie pracy opiekuna/ki</w:t>
      </w:r>
      <w:r w:rsidR="0080110A" w:rsidRPr="00A10255">
        <w:rPr>
          <w:rFonts w:cs="Arial"/>
          <w:lang w:val="pl-PL"/>
        </w:rPr>
        <w:t>.</w:t>
      </w:r>
    </w:p>
    <w:p w14:paraId="7EED1384" w14:textId="77777777" w:rsidR="00C85BC3" w:rsidRPr="00A10255" w:rsidRDefault="00C85BC3">
      <w:pPr>
        <w:spacing w:after="20"/>
        <w:ind w:left="198" w:hanging="198"/>
        <w:rPr>
          <w:rFonts w:cs="Arial"/>
          <w:lang w:val="pl-PL"/>
        </w:rPr>
      </w:pPr>
    </w:p>
    <w:p w14:paraId="66391796" w14:textId="135A0EAC" w:rsidR="00C85BC3" w:rsidRPr="00C85BC3" w:rsidRDefault="0080110A" w:rsidP="00C85BC3">
      <w:pPr>
        <w:spacing w:before="100" w:after="60"/>
        <w:jc w:val="center"/>
        <w:rPr>
          <w:rFonts w:cs="Arial"/>
          <w:b/>
          <w:sz w:val="22"/>
          <w:lang w:val="pl-PL"/>
        </w:rPr>
      </w:pPr>
      <w:r w:rsidRPr="00A10255">
        <w:rPr>
          <w:rFonts w:cs="Arial"/>
          <w:b/>
          <w:sz w:val="22"/>
          <w:lang w:val="pl-PL"/>
        </w:rPr>
        <w:t>Rozdział IV. Postępowanie w razie nieprawidłowości</w:t>
      </w:r>
    </w:p>
    <w:p w14:paraId="0C6ECDD3" w14:textId="7C71B5B2" w:rsidR="00641557" w:rsidRPr="00A10255" w:rsidRDefault="0080110A" w:rsidP="00C85BC3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10. </w:t>
      </w:r>
      <w:r w:rsidR="0047396F">
        <w:rPr>
          <w:rFonts w:cs="Arial"/>
          <w:b/>
          <w:sz w:val="20"/>
          <w:lang w:val="pl-PL"/>
        </w:rPr>
        <w:br/>
      </w:r>
      <w:r w:rsidRPr="00A10255">
        <w:rPr>
          <w:rFonts w:cs="Arial"/>
          <w:b/>
          <w:sz w:val="20"/>
          <w:lang w:val="pl-PL"/>
        </w:rPr>
        <w:t>Ustalenie nieprawidłowości</w:t>
      </w:r>
    </w:p>
    <w:p w14:paraId="11DABC5F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Za nieprawidłowość uznaje się stwierdzoną w toku monitorowania rozbieżność pomiędzy faktycznym sposobem realizacji usług a decyzją administracyjną, standardem, zasadami świadczenia usług albo wymaganiami dotyczącymi jakości.</w:t>
      </w:r>
    </w:p>
    <w:p w14:paraId="0F793C24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lastRenderedPageBreak/>
        <w:t>2. Nieprawidłowość opisuje się poprzez wskazanie ustalonego stanu faktycznego, źródła informacji oraz wymagania, którego nie spełniono.</w:t>
      </w:r>
    </w:p>
    <w:p w14:paraId="3904EA53" w14:textId="77777777" w:rsidR="00641557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Jeżeli ustalenia wskazują na zmianę potrzeb osoby korzystającej z usług, należy odróżnić tę sytuację od nieprawidłowego wykonania usług i podjąć działania właściwe dla ponownej oceny sytuacji osoby.</w:t>
      </w:r>
    </w:p>
    <w:p w14:paraId="646466A3" w14:textId="77777777" w:rsidR="00C85BC3" w:rsidRPr="00A10255" w:rsidRDefault="00C85BC3" w:rsidP="0047396F">
      <w:pPr>
        <w:spacing w:after="20"/>
        <w:rPr>
          <w:rFonts w:cs="Arial"/>
          <w:lang w:val="pl-PL"/>
        </w:rPr>
      </w:pPr>
    </w:p>
    <w:p w14:paraId="0C9E434E" w14:textId="31546540" w:rsidR="00641557" w:rsidRPr="00A10255" w:rsidRDefault="0080110A" w:rsidP="00C85BC3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11. </w:t>
      </w:r>
      <w:r w:rsidR="0047396F">
        <w:rPr>
          <w:rFonts w:cs="Arial"/>
          <w:b/>
          <w:sz w:val="20"/>
          <w:lang w:val="pl-PL"/>
        </w:rPr>
        <w:br/>
      </w:r>
      <w:r w:rsidRPr="00A10255">
        <w:rPr>
          <w:rFonts w:cs="Arial"/>
          <w:b/>
          <w:sz w:val="20"/>
          <w:lang w:val="pl-PL"/>
        </w:rPr>
        <w:t>Działania mające na celu wyeliminowanie nieprawidłowości</w:t>
      </w:r>
    </w:p>
    <w:p w14:paraId="2E88AFF3" w14:textId="77777777" w:rsidR="00641557" w:rsidRPr="00A10255" w:rsidRDefault="0080110A" w:rsidP="00C85BC3">
      <w:pPr>
        <w:spacing w:before="240"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W przypadku stwierdzenia nieprawidłowości gmina podejmuje w stosunku do podmiotu świadczącego usługi działania mające na celu ich wyeliminowanie, zgodnie z art. 50b ust. 5 ustawy.</w:t>
      </w:r>
    </w:p>
    <w:p w14:paraId="4CD2C1FC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Zakres działań ustala się odpowiednio do rodzaju, przyczyny i znaczenia nieprawidłowości.</w:t>
      </w:r>
    </w:p>
    <w:p w14:paraId="4C68D00A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Działania mogą obejmować w szczególności przekazanie ustaleń i zaleceń, wyznaczenie terminu usunięcia nieprawidłowości, weryfikację wykonania zaleceń oraz zastosowanie środków przewidzianych w umowie z realizatorem usług, jeżeli mają zastosowanie.</w:t>
      </w:r>
    </w:p>
    <w:p w14:paraId="22048602" w14:textId="62105125" w:rsidR="00641557" w:rsidRDefault="00C85BC3">
      <w:pPr>
        <w:spacing w:after="20"/>
        <w:ind w:left="198" w:hanging="198"/>
        <w:rPr>
          <w:rFonts w:cs="Arial"/>
          <w:lang w:val="pl-PL"/>
        </w:rPr>
      </w:pPr>
      <w:r>
        <w:rPr>
          <w:rFonts w:cs="Arial"/>
          <w:lang w:val="pl-PL"/>
        </w:rPr>
        <w:t>4</w:t>
      </w:r>
      <w:r w:rsidR="0080110A" w:rsidRPr="00A10255">
        <w:rPr>
          <w:rFonts w:cs="Arial"/>
          <w:lang w:val="pl-PL"/>
        </w:rPr>
        <w:t>. Jeżeli ustalenia uzasadniają potrzebę zmiany decyzji administracyjnej, prowadzi się odrębne postępowanie zgodnie z przepisami ustawy o pomocy społecznej i Kodeksu postępowania administracyjnego.</w:t>
      </w:r>
    </w:p>
    <w:p w14:paraId="26DC54C2" w14:textId="77777777" w:rsidR="00C85BC3" w:rsidRPr="00A10255" w:rsidRDefault="00C85BC3">
      <w:pPr>
        <w:spacing w:after="20"/>
        <w:ind w:left="198" w:hanging="198"/>
        <w:rPr>
          <w:rFonts w:cs="Arial"/>
          <w:lang w:val="pl-PL"/>
        </w:rPr>
      </w:pPr>
    </w:p>
    <w:p w14:paraId="2295C249" w14:textId="77777777" w:rsidR="00641557" w:rsidRPr="00A10255" w:rsidRDefault="0080110A" w:rsidP="00C85BC3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2"/>
          <w:lang w:val="pl-PL"/>
        </w:rPr>
        <w:t>Rozdział V. Dokumentowanie i odpowiedzialność</w:t>
      </w:r>
    </w:p>
    <w:p w14:paraId="51772EAB" w14:textId="77777777" w:rsidR="007C6BAA" w:rsidRDefault="0080110A" w:rsidP="00C85BC3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12. </w:t>
      </w:r>
    </w:p>
    <w:p w14:paraId="664B2FE7" w14:textId="0FA53F39" w:rsidR="00641557" w:rsidRPr="00A10255" w:rsidRDefault="0080110A" w:rsidP="00C85BC3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Dokumentacja monitorowania i oceny</w:t>
      </w:r>
    </w:p>
    <w:p w14:paraId="6D799266" w14:textId="77777777" w:rsidR="00641557" w:rsidRPr="00A10255" w:rsidRDefault="0080110A" w:rsidP="00C85BC3">
      <w:pPr>
        <w:spacing w:before="240"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1. Dokumentacja powinna pozwalać ustalić, jakie działania monitorujące przeprowadzono, jakie informacje uzyskano, jakiej oceny dokonano oraz jakie działania podjęto w razie stwierdzenia nieprawidłowości.</w:t>
      </w:r>
    </w:p>
    <w:p w14:paraId="6BF238F4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2. Stosuje się formularze stanowiące załączniki do procedury odpowiednio do przeprowadzonych czynności.</w:t>
      </w:r>
    </w:p>
    <w:p w14:paraId="467FEA0B" w14:textId="77777777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>3. Nie sporządza się dokumentu wyłącznie dla formalnego powielenia informacji już rzetelnie utrwalonych w innym dokumencie, jeżeli dokumentacja pozwala wykazać wykonanie obowiązku wynikającego z ustawy i rozporządzenia.</w:t>
      </w:r>
    </w:p>
    <w:p w14:paraId="7670C218" w14:textId="77777777" w:rsidR="007C6BAA" w:rsidRDefault="0080110A" w:rsidP="00C85BC3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13. </w:t>
      </w:r>
    </w:p>
    <w:p w14:paraId="34427626" w14:textId="64464277" w:rsidR="00641557" w:rsidRPr="00A10255" w:rsidRDefault="0080110A" w:rsidP="00C85BC3">
      <w:pPr>
        <w:spacing w:before="100" w:after="60"/>
        <w:jc w:val="center"/>
        <w:rPr>
          <w:rFonts w:cs="Arial"/>
          <w:lang w:val="pl-PL"/>
        </w:rPr>
      </w:pPr>
      <w:r w:rsidRPr="00A10255">
        <w:rPr>
          <w:rFonts w:cs="Arial"/>
          <w:b/>
          <w:sz w:val="20"/>
          <w:lang w:val="pl-PL"/>
        </w:rPr>
        <w:t>Organizacja odpowiedzialności</w:t>
      </w:r>
    </w:p>
    <w:p w14:paraId="74BB5496" w14:textId="7E233209" w:rsidR="00641557" w:rsidRPr="00A10255" w:rsidRDefault="0080110A">
      <w:pPr>
        <w:spacing w:after="20"/>
        <w:ind w:left="198" w:hanging="198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1. </w:t>
      </w:r>
      <w:r w:rsidR="007C6BAA">
        <w:rPr>
          <w:rFonts w:cs="Arial"/>
          <w:lang w:val="pl-PL"/>
        </w:rPr>
        <w:t>Dyrektor MOPS</w:t>
      </w:r>
      <w:r w:rsidRPr="00A10255">
        <w:rPr>
          <w:rFonts w:cs="Arial"/>
          <w:lang w:val="pl-PL"/>
        </w:rPr>
        <w:t xml:space="preserve"> określa osoby odpowiedzialne za prowadzenie monitorowania, dokonywanie oceny oraz realizację działań wynikających z ustaleń.</w:t>
      </w:r>
    </w:p>
    <w:p w14:paraId="59CA1539" w14:textId="64F7C09D" w:rsidR="00641557" w:rsidRPr="00A10255" w:rsidRDefault="007C6BAA">
      <w:pPr>
        <w:spacing w:after="20"/>
        <w:ind w:left="198" w:hanging="198"/>
        <w:rPr>
          <w:rFonts w:cs="Arial"/>
          <w:lang w:val="pl-PL"/>
        </w:rPr>
      </w:pPr>
      <w:r>
        <w:rPr>
          <w:rFonts w:cs="Arial"/>
          <w:lang w:val="pl-PL"/>
        </w:rPr>
        <w:t>2</w:t>
      </w:r>
      <w:r w:rsidR="0080110A" w:rsidRPr="00A10255">
        <w:rPr>
          <w:rFonts w:cs="Arial"/>
          <w:lang w:val="pl-PL"/>
        </w:rPr>
        <w:t>. Procedura podlega aktualizacji w przypadku zmiany przepisów prawa lub sposobu organizacji usług.</w:t>
      </w:r>
    </w:p>
    <w:p w14:paraId="3178FD6C" w14:textId="77777777" w:rsidR="007C6BAA" w:rsidRDefault="0080110A" w:rsidP="007C6BAA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 xml:space="preserve">§ 14. </w:t>
      </w:r>
    </w:p>
    <w:p w14:paraId="389D0AB8" w14:textId="276D91A4" w:rsidR="00641557" w:rsidRPr="007C6BAA" w:rsidRDefault="0080110A" w:rsidP="007C6BAA">
      <w:pPr>
        <w:spacing w:before="100" w:after="60"/>
        <w:jc w:val="center"/>
        <w:rPr>
          <w:rFonts w:cs="Arial"/>
          <w:b/>
          <w:sz w:val="20"/>
          <w:lang w:val="pl-PL"/>
        </w:rPr>
      </w:pPr>
      <w:r w:rsidRPr="00A10255">
        <w:rPr>
          <w:rFonts w:cs="Arial"/>
          <w:b/>
          <w:sz w:val="20"/>
          <w:lang w:val="pl-PL"/>
        </w:rPr>
        <w:t>Załączniki</w:t>
      </w:r>
    </w:p>
    <w:p w14:paraId="1B69DFCC" w14:textId="6486E4DE" w:rsidR="0037434B" w:rsidRDefault="0037434B" w:rsidP="00B93B92">
      <w:pPr>
        <w:pStyle w:val="Akapitzlist"/>
        <w:numPr>
          <w:ilvl w:val="0"/>
          <w:numId w:val="10"/>
        </w:numPr>
        <w:spacing w:after="20"/>
        <w:rPr>
          <w:rFonts w:cs="Arial"/>
          <w:lang w:val="pl-PL"/>
        </w:rPr>
      </w:pPr>
      <w:r w:rsidRPr="0037434B">
        <w:rPr>
          <w:rFonts w:cs="Arial"/>
          <w:lang w:val="pl-PL"/>
        </w:rPr>
        <w:t>Karta monitoringu usług opiekuńczych</w:t>
      </w:r>
    </w:p>
    <w:p w14:paraId="3837CFE0" w14:textId="6396633C" w:rsidR="00B93B92" w:rsidRDefault="00B93B92" w:rsidP="00B93B92">
      <w:pPr>
        <w:pStyle w:val="Akapitzlist"/>
        <w:numPr>
          <w:ilvl w:val="0"/>
          <w:numId w:val="10"/>
        </w:numPr>
        <w:spacing w:after="20"/>
        <w:rPr>
          <w:rFonts w:cs="Arial"/>
          <w:lang w:val="pl-PL"/>
        </w:rPr>
      </w:pPr>
      <w:r w:rsidRPr="00B93B92">
        <w:rPr>
          <w:rFonts w:cs="Arial"/>
          <w:lang w:val="pl-PL"/>
        </w:rPr>
        <w:t>Rozliczenie rzeczywistego wykonania godzin usług opiekuńczych</w:t>
      </w:r>
      <w:r>
        <w:rPr>
          <w:rFonts w:cs="Arial"/>
          <w:lang w:val="pl-PL"/>
        </w:rPr>
        <w:t xml:space="preserve"> </w:t>
      </w:r>
      <w:r w:rsidRPr="00B93B92">
        <w:rPr>
          <w:rFonts w:cs="Arial"/>
          <w:lang w:val="pl-PL"/>
        </w:rPr>
        <w:t>przez osoby realizujące usługi opiekuńcze (sporządzony na podstawie Miesięcznych Kart Pracy)</w:t>
      </w:r>
    </w:p>
    <w:p w14:paraId="16CF15EC" w14:textId="77777777" w:rsidR="004571F8" w:rsidRDefault="0080110A" w:rsidP="004571F8">
      <w:pPr>
        <w:pStyle w:val="Akapitzlist"/>
        <w:numPr>
          <w:ilvl w:val="0"/>
          <w:numId w:val="10"/>
        </w:numPr>
        <w:spacing w:after="20"/>
        <w:rPr>
          <w:rFonts w:cs="Arial"/>
          <w:lang w:val="pl-PL"/>
        </w:rPr>
      </w:pPr>
      <w:r w:rsidRPr="009719D0">
        <w:rPr>
          <w:rFonts w:cs="Arial"/>
          <w:lang w:val="pl-PL"/>
        </w:rPr>
        <w:t>Informacja/opinia członka rodziny posiadającego wiedzę o realizacji usług.</w:t>
      </w:r>
    </w:p>
    <w:p w14:paraId="26CA4F4C" w14:textId="3A50D9AC" w:rsidR="00FD59CB" w:rsidRDefault="0080110A" w:rsidP="00FD59CB">
      <w:pPr>
        <w:pStyle w:val="Akapitzlist"/>
        <w:numPr>
          <w:ilvl w:val="0"/>
          <w:numId w:val="10"/>
        </w:numPr>
        <w:spacing w:after="20"/>
        <w:rPr>
          <w:rFonts w:cs="Arial"/>
          <w:lang w:val="pl-PL"/>
        </w:rPr>
      </w:pPr>
      <w:r w:rsidRPr="004571F8">
        <w:rPr>
          <w:rFonts w:cs="Arial"/>
          <w:lang w:val="pl-PL"/>
        </w:rPr>
        <w:t>Arkusz bieżącej analizy informacji o realizacji usług.</w:t>
      </w:r>
    </w:p>
    <w:p w14:paraId="6C96BDFA" w14:textId="2C99E3F1" w:rsidR="00641557" w:rsidRPr="00FD59CB" w:rsidRDefault="0080110A" w:rsidP="00FD59CB">
      <w:pPr>
        <w:pStyle w:val="Akapitzlist"/>
        <w:numPr>
          <w:ilvl w:val="0"/>
          <w:numId w:val="10"/>
        </w:numPr>
        <w:spacing w:after="20"/>
        <w:rPr>
          <w:rFonts w:cs="Arial"/>
          <w:lang w:val="pl-PL"/>
        </w:rPr>
      </w:pPr>
      <w:r w:rsidRPr="00FD59CB">
        <w:rPr>
          <w:rFonts w:cs="Arial"/>
          <w:lang w:val="pl-PL"/>
        </w:rPr>
        <w:t>Karta działań mających na celu wyeliminowanie nieprawidłowości.</w:t>
      </w:r>
    </w:p>
    <w:p w14:paraId="33CC2921" w14:textId="77777777" w:rsidR="0037434B" w:rsidRDefault="0037434B">
      <w:pPr>
        <w:spacing w:after="20"/>
        <w:ind w:left="198" w:hanging="198"/>
        <w:rPr>
          <w:rFonts w:cs="Arial"/>
          <w:color w:val="EE0000"/>
          <w:lang w:val="pl-PL"/>
        </w:rPr>
      </w:pPr>
    </w:p>
    <w:p w14:paraId="0DF82D7D" w14:textId="77777777" w:rsidR="0037434B" w:rsidRDefault="0037434B">
      <w:pPr>
        <w:spacing w:after="20"/>
        <w:ind w:left="198" w:hanging="198"/>
        <w:rPr>
          <w:rFonts w:cs="Arial"/>
          <w:color w:val="EE0000"/>
          <w:lang w:val="pl-PL"/>
        </w:rPr>
      </w:pPr>
    </w:p>
    <w:p w14:paraId="653E52E9" w14:textId="77777777" w:rsidR="0037434B" w:rsidRDefault="0037434B">
      <w:pPr>
        <w:spacing w:after="20"/>
        <w:ind w:left="198" w:hanging="198"/>
        <w:rPr>
          <w:rFonts w:cs="Arial"/>
          <w:color w:val="EE0000"/>
          <w:lang w:val="pl-PL"/>
        </w:rPr>
      </w:pPr>
    </w:p>
    <w:p w14:paraId="4206F157" w14:textId="77777777" w:rsidR="0037434B" w:rsidRDefault="0037434B">
      <w:pPr>
        <w:spacing w:after="20"/>
        <w:ind w:left="198" w:hanging="198"/>
        <w:rPr>
          <w:rFonts w:cs="Arial"/>
          <w:color w:val="EE0000"/>
          <w:lang w:val="pl-PL"/>
        </w:rPr>
      </w:pPr>
    </w:p>
    <w:p w14:paraId="0EEB75DE" w14:textId="77777777" w:rsidR="0037434B" w:rsidRDefault="0037434B">
      <w:pPr>
        <w:spacing w:after="20"/>
        <w:ind w:left="198" w:hanging="198"/>
        <w:rPr>
          <w:rFonts w:cs="Arial"/>
          <w:color w:val="EE0000"/>
          <w:lang w:val="pl-PL"/>
        </w:rPr>
      </w:pPr>
    </w:p>
    <w:p w14:paraId="2804ED92" w14:textId="77777777" w:rsidR="0037434B" w:rsidRDefault="0037434B">
      <w:pPr>
        <w:spacing w:after="20"/>
        <w:ind w:left="198" w:hanging="198"/>
        <w:rPr>
          <w:rFonts w:cs="Arial"/>
          <w:color w:val="EE0000"/>
          <w:lang w:val="pl-PL"/>
        </w:rPr>
      </w:pPr>
    </w:p>
    <w:p w14:paraId="7D48528C" w14:textId="4D62F29C" w:rsidR="0037434B" w:rsidRDefault="0037434B">
      <w:pPr>
        <w:rPr>
          <w:rFonts w:cs="Arial"/>
          <w:color w:val="EE0000"/>
          <w:lang w:val="pl-PL"/>
        </w:rPr>
      </w:pPr>
    </w:p>
    <w:p w14:paraId="36A3F73A" w14:textId="77777777" w:rsidR="0037434B" w:rsidRDefault="0037434B">
      <w:pPr>
        <w:rPr>
          <w:rFonts w:cs="Arial"/>
          <w:color w:val="EE0000"/>
          <w:lang w:val="pl-PL"/>
        </w:rPr>
      </w:pPr>
    </w:p>
    <w:p w14:paraId="5FAE234D" w14:textId="77777777" w:rsidR="0037434B" w:rsidRDefault="0037434B">
      <w:pPr>
        <w:rPr>
          <w:rFonts w:cs="Arial"/>
          <w:color w:val="EE0000"/>
          <w:lang w:val="pl-PL"/>
        </w:rPr>
      </w:pPr>
    </w:p>
    <w:p w14:paraId="58372586" w14:textId="77777777" w:rsidR="0037434B" w:rsidRDefault="0037434B">
      <w:pPr>
        <w:rPr>
          <w:rFonts w:cs="Arial"/>
          <w:color w:val="EE0000"/>
          <w:lang w:val="pl-PL"/>
        </w:rPr>
      </w:pPr>
    </w:p>
    <w:p w14:paraId="2CC88979" w14:textId="60CF60FE" w:rsidR="0037434B" w:rsidRDefault="007C6BAA" w:rsidP="007C6BAA">
      <w:pPr>
        <w:ind w:left="9360"/>
        <w:rPr>
          <w:rFonts w:cs="Arial"/>
          <w:color w:val="EE0000"/>
          <w:lang w:val="pl-PL"/>
        </w:rPr>
      </w:pPr>
      <w:r>
        <w:rPr>
          <w:i/>
          <w:iCs/>
          <w:sz w:val="16"/>
          <w:szCs w:val="16"/>
        </w:rPr>
        <w:lastRenderedPageBreak/>
        <w:t xml:space="preserve">         </w:t>
      </w:r>
      <w:proofErr w:type="spellStart"/>
      <w:r>
        <w:rPr>
          <w:i/>
          <w:iCs/>
          <w:sz w:val="16"/>
          <w:szCs w:val="16"/>
        </w:rPr>
        <w:t>Załącznik</w:t>
      </w:r>
      <w:proofErr w:type="spellEnd"/>
      <w:r>
        <w:rPr>
          <w:i/>
          <w:iCs/>
          <w:sz w:val="16"/>
          <w:szCs w:val="16"/>
        </w:rPr>
        <w:t xml:space="preserve"> nr 1</w:t>
      </w:r>
    </w:p>
    <w:p w14:paraId="10FF91A9" w14:textId="38021938" w:rsidR="00B1631C" w:rsidRPr="009719D0" w:rsidRDefault="0037434B" w:rsidP="007C6BAA">
      <w:pPr>
        <w:spacing w:after="0"/>
        <w:jc w:val="center"/>
        <w:rPr>
          <w:i/>
          <w:iCs/>
          <w:sz w:val="16"/>
          <w:szCs w:val="16"/>
        </w:rPr>
      </w:pPr>
      <w:r w:rsidRPr="006D15A5">
        <w:rPr>
          <w:b/>
          <w:sz w:val="24"/>
          <w:szCs w:val="24"/>
        </w:rPr>
        <w:t>KARTA MONITORINGU USŁUG OPIEKUŃCZYCH</w:t>
      </w:r>
      <w:r w:rsidR="009719D0">
        <w:rPr>
          <w:b/>
          <w:sz w:val="24"/>
          <w:szCs w:val="24"/>
        </w:rPr>
        <w:t xml:space="preserve">                    </w:t>
      </w:r>
      <w:r w:rsidR="009719D0">
        <w:rPr>
          <w:i/>
          <w:iCs/>
          <w:sz w:val="16"/>
          <w:szCs w:val="16"/>
        </w:rPr>
        <w:br/>
      </w:r>
    </w:p>
    <w:p w14:paraId="599DDC02" w14:textId="0EC8CAA4" w:rsidR="00305212" w:rsidRPr="007C6BAA" w:rsidRDefault="00305212" w:rsidP="007C6BAA">
      <w:pPr>
        <w:spacing w:after="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Data pozyskania opinii: ........................................   Sposób pozyskania: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podczas wizyty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rozmowa</w:t>
      </w:r>
      <w:r>
        <w:rPr>
          <w:rFonts w:cs="Arial"/>
          <w:lang w:val="pl-PL"/>
        </w:rPr>
        <w:t xml:space="preserve"> </w:t>
      </w:r>
    </w:p>
    <w:tbl>
      <w:tblPr>
        <w:tblStyle w:val="Tabela-Siatka"/>
        <w:tblW w:w="11324" w:type="dxa"/>
        <w:tblLook w:val="04A0" w:firstRow="1" w:lastRow="0" w:firstColumn="1" w:lastColumn="0" w:noHBand="0" w:noVBand="1"/>
      </w:tblPr>
      <w:tblGrid>
        <w:gridCol w:w="4245"/>
        <w:gridCol w:w="1252"/>
        <w:gridCol w:w="1310"/>
        <w:gridCol w:w="4517"/>
      </w:tblGrid>
      <w:tr w:rsidR="0037434B" w:rsidRPr="006D15A5" w14:paraId="70B8F103" w14:textId="77777777" w:rsidTr="00B1631C">
        <w:trPr>
          <w:trHeight w:val="445"/>
        </w:trPr>
        <w:tc>
          <w:tcPr>
            <w:tcW w:w="4245" w:type="dxa"/>
          </w:tcPr>
          <w:p w14:paraId="7734799B" w14:textId="6FC9721F" w:rsidR="0037434B" w:rsidRPr="00B1631C" w:rsidRDefault="0037434B" w:rsidP="00B1631C">
            <w:pPr>
              <w:rPr>
                <w:b/>
                <w:sz w:val="22"/>
              </w:rPr>
            </w:pPr>
            <w:proofErr w:type="spellStart"/>
            <w:r w:rsidRPr="00B1631C">
              <w:rPr>
                <w:b/>
                <w:sz w:val="22"/>
              </w:rPr>
              <w:t>Imię</w:t>
            </w:r>
            <w:proofErr w:type="spellEnd"/>
            <w:r w:rsidR="00B1631C" w:rsidRPr="00B1631C">
              <w:rPr>
                <w:b/>
                <w:sz w:val="22"/>
              </w:rPr>
              <w:t xml:space="preserve"> </w:t>
            </w:r>
            <w:proofErr w:type="spellStart"/>
            <w:r w:rsidR="00B1631C" w:rsidRPr="00B1631C">
              <w:rPr>
                <w:b/>
                <w:sz w:val="22"/>
              </w:rPr>
              <w:t>i</w:t>
            </w:r>
            <w:proofErr w:type="spellEnd"/>
            <w:r w:rsidR="00B1631C" w:rsidRPr="00B1631C">
              <w:rPr>
                <w:b/>
                <w:sz w:val="22"/>
              </w:rPr>
              <w:t xml:space="preserve"> </w:t>
            </w:r>
            <w:proofErr w:type="spellStart"/>
            <w:r w:rsidRPr="00B1631C">
              <w:rPr>
                <w:b/>
                <w:sz w:val="22"/>
              </w:rPr>
              <w:t>nazwisko</w:t>
            </w:r>
            <w:proofErr w:type="spellEnd"/>
            <w:r w:rsidRPr="00B1631C">
              <w:rPr>
                <w:b/>
                <w:sz w:val="22"/>
              </w:rPr>
              <w:t xml:space="preserve"> </w:t>
            </w:r>
            <w:proofErr w:type="spellStart"/>
            <w:r w:rsidRPr="00B1631C">
              <w:rPr>
                <w:b/>
                <w:sz w:val="22"/>
              </w:rPr>
              <w:t>osoby</w:t>
            </w:r>
            <w:proofErr w:type="spellEnd"/>
            <w:r w:rsidRPr="00B1631C">
              <w:rPr>
                <w:b/>
                <w:sz w:val="22"/>
              </w:rPr>
              <w:t xml:space="preserve"> </w:t>
            </w:r>
            <w:proofErr w:type="spellStart"/>
            <w:r w:rsidRPr="00B1631C">
              <w:rPr>
                <w:b/>
                <w:sz w:val="22"/>
              </w:rPr>
              <w:t>objętej</w:t>
            </w:r>
            <w:proofErr w:type="spellEnd"/>
            <w:r w:rsidRPr="00B1631C">
              <w:rPr>
                <w:b/>
                <w:sz w:val="22"/>
              </w:rPr>
              <w:t xml:space="preserve"> </w:t>
            </w:r>
            <w:proofErr w:type="spellStart"/>
            <w:r w:rsidRPr="00B1631C">
              <w:rPr>
                <w:b/>
                <w:sz w:val="22"/>
              </w:rPr>
              <w:t>pomocą</w:t>
            </w:r>
            <w:proofErr w:type="spellEnd"/>
          </w:p>
        </w:tc>
        <w:tc>
          <w:tcPr>
            <w:tcW w:w="7079" w:type="dxa"/>
            <w:gridSpan w:val="3"/>
          </w:tcPr>
          <w:p w14:paraId="332A16C9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</w:tr>
      <w:tr w:rsidR="0037434B" w:rsidRPr="006D15A5" w14:paraId="50B97E15" w14:textId="77777777" w:rsidTr="00B1631C">
        <w:trPr>
          <w:trHeight w:val="457"/>
        </w:trPr>
        <w:tc>
          <w:tcPr>
            <w:tcW w:w="4245" w:type="dxa"/>
          </w:tcPr>
          <w:p w14:paraId="0202F1AF" w14:textId="77777777" w:rsidR="0037434B" w:rsidRPr="00B1631C" w:rsidRDefault="0037434B" w:rsidP="00B1631C">
            <w:pPr>
              <w:rPr>
                <w:bCs/>
                <w:sz w:val="22"/>
              </w:rPr>
            </w:pPr>
            <w:r w:rsidRPr="00B1631C">
              <w:rPr>
                <w:bCs/>
                <w:sz w:val="22"/>
              </w:rPr>
              <w:t xml:space="preserve">Organizacja </w:t>
            </w:r>
            <w:proofErr w:type="spellStart"/>
            <w:r w:rsidRPr="00B1631C">
              <w:rPr>
                <w:bCs/>
                <w:sz w:val="22"/>
              </w:rPr>
              <w:t>realizująca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usługi</w:t>
            </w:r>
            <w:proofErr w:type="spellEnd"/>
          </w:p>
        </w:tc>
        <w:tc>
          <w:tcPr>
            <w:tcW w:w="7079" w:type="dxa"/>
            <w:gridSpan w:val="3"/>
          </w:tcPr>
          <w:p w14:paraId="45FE8823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</w:tr>
      <w:tr w:rsidR="0037434B" w:rsidRPr="006D15A5" w14:paraId="44E05431" w14:textId="77777777" w:rsidTr="00B1631C">
        <w:trPr>
          <w:trHeight w:val="445"/>
        </w:trPr>
        <w:tc>
          <w:tcPr>
            <w:tcW w:w="4245" w:type="dxa"/>
          </w:tcPr>
          <w:p w14:paraId="7726D487" w14:textId="018F6575" w:rsidR="0037434B" w:rsidRPr="00B1631C" w:rsidRDefault="0037434B" w:rsidP="00B1631C">
            <w:pPr>
              <w:rPr>
                <w:bCs/>
                <w:sz w:val="22"/>
              </w:rPr>
            </w:pPr>
            <w:proofErr w:type="spellStart"/>
            <w:r w:rsidRPr="00B1631C">
              <w:rPr>
                <w:bCs/>
                <w:sz w:val="22"/>
              </w:rPr>
              <w:t>Imię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i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nazwisko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osoby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realizującej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usługi</w:t>
            </w:r>
            <w:proofErr w:type="spellEnd"/>
          </w:p>
        </w:tc>
        <w:tc>
          <w:tcPr>
            <w:tcW w:w="7079" w:type="dxa"/>
            <w:gridSpan w:val="3"/>
          </w:tcPr>
          <w:p w14:paraId="27B42446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</w:tr>
      <w:tr w:rsidR="0037434B" w:rsidRPr="006D15A5" w14:paraId="306BBD92" w14:textId="77777777" w:rsidTr="00B1631C">
        <w:trPr>
          <w:trHeight w:val="457"/>
        </w:trPr>
        <w:tc>
          <w:tcPr>
            <w:tcW w:w="4245" w:type="dxa"/>
          </w:tcPr>
          <w:p w14:paraId="6D0AAF91" w14:textId="77777777" w:rsidR="0037434B" w:rsidRPr="00B1631C" w:rsidRDefault="0037434B" w:rsidP="00B1631C">
            <w:pPr>
              <w:rPr>
                <w:bCs/>
                <w:sz w:val="22"/>
              </w:rPr>
            </w:pPr>
            <w:proofErr w:type="spellStart"/>
            <w:r w:rsidRPr="00B1631C">
              <w:rPr>
                <w:bCs/>
                <w:sz w:val="22"/>
              </w:rPr>
              <w:t>Wymiar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godzin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usług</w:t>
            </w:r>
            <w:proofErr w:type="spellEnd"/>
            <w:r w:rsidRPr="00B1631C">
              <w:rPr>
                <w:bCs/>
                <w:sz w:val="22"/>
              </w:rPr>
              <w:t xml:space="preserve"> </w:t>
            </w:r>
            <w:proofErr w:type="spellStart"/>
            <w:r w:rsidRPr="00B1631C">
              <w:rPr>
                <w:bCs/>
                <w:sz w:val="22"/>
              </w:rPr>
              <w:t>opiekuńczych</w:t>
            </w:r>
            <w:proofErr w:type="spellEnd"/>
          </w:p>
        </w:tc>
        <w:tc>
          <w:tcPr>
            <w:tcW w:w="7079" w:type="dxa"/>
            <w:gridSpan w:val="3"/>
          </w:tcPr>
          <w:p w14:paraId="4DFE50BA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</w:tr>
      <w:tr w:rsidR="0037434B" w:rsidRPr="006D15A5" w14:paraId="384F3BFF" w14:textId="77777777" w:rsidTr="00B1631C">
        <w:trPr>
          <w:trHeight w:val="222"/>
        </w:trPr>
        <w:tc>
          <w:tcPr>
            <w:tcW w:w="4245" w:type="dxa"/>
          </w:tcPr>
          <w:p w14:paraId="30546740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14:paraId="3109DA97" w14:textId="77777777" w:rsidR="0037434B" w:rsidRPr="006D15A5" w:rsidRDefault="0037434B" w:rsidP="00F210EE">
            <w:pPr>
              <w:jc w:val="center"/>
              <w:rPr>
                <w:sz w:val="24"/>
                <w:szCs w:val="24"/>
              </w:rPr>
            </w:pPr>
            <w:r w:rsidRPr="006D15A5">
              <w:rPr>
                <w:sz w:val="24"/>
                <w:szCs w:val="24"/>
              </w:rPr>
              <w:t>TAK</w:t>
            </w:r>
          </w:p>
        </w:tc>
        <w:tc>
          <w:tcPr>
            <w:tcW w:w="1310" w:type="dxa"/>
          </w:tcPr>
          <w:p w14:paraId="6213B29D" w14:textId="77777777" w:rsidR="0037434B" w:rsidRPr="006D15A5" w:rsidRDefault="0037434B" w:rsidP="00F210EE">
            <w:pPr>
              <w:jc w:val="center"/>
              <w:rPr>
                <w:sz w:val="24"/>
                <w:szCs w:val="24"/>
              </w:rPr>
            </w:pPr>
            <w:r w:rsidRPr="006D15A5">
              <w:rPr>
                <w:sz w:val="24"/>
                <w:szCs w:val="24"/>
              </w:rPr>
              <w:t>NIE</w:t>
            </w:r>
          </w:p>
        </w:tc>
        <w:tc>
          <w:tcPr>
            <w:tcW w:w="4517" w:type="dxa"/>
          </w:tcPr>
          <w:p w14:paraId="28B8101F" w14:textId="77777777" w:rsidR="0037434B" w:rsidRPr="006D15A5" w:rsidRDefault="0037434B" w:rsidP="00F210EE">
            <w:pPr>
              <w:jc w:val="center"/>
              <w:rPr>
                <w:sz w:val="24"/>
                <w:szCs w:val="24"/>
              </w:rPr>
            </w:pPr>
            <w:r w:rsidRPr="006D15A5">
              <w:rPr>
                <w:sz w:val="24"/>
                <w:szCs w:val="24"/>
              </w:rPr>
              <w:t>UWAGI</w:t>
            </w:r>
          </w:p>
        </w:tc>
      </w:tr>
      <w:tr w:rsidR="0037434B" w:rsidRPr="006D15A5" w14:paraId="6C098AEC" w14:textId="77777777" w:rsidTr="00B1631C">
        <w:trPr>
          <w:trHeight w:val="788"/>
        </w:trPr>
        <w:tc>
          <w:tcPr>
            <w:tcW w:w="4245" w:type="dxa"/>
          </w:tcPr>
          <w:p w14:paraId="52BD6B18" w14:textId="77777777" w:rsidR="0037434B" w:rsidRPr="0037434B" w:rsidRDefault="0037434B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37434B">
              <w:rPr>
                <w:sz w:val="22"/>
              </w:rPr>
              <w:t>Czy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usługi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opiekuńcze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realizowane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są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zgodnie</w:t>
            </w:r>
            <w:proofErr w:type="spellEnd"/>
            <w:r w:rsidRPr="0037434B">
              <w:rPr>
                <w:sz w:val="22"/>
              </w:rPr>
              <w:t xml:space="preserve"> z </w:t>
            </w:r>
            <w:proofErr w:type="spellStart"/>
            <w:r w:rsidRPr="0037434B">
              <w:rPr>
                <w:sz w:val="22"/>
              </w:rPr>
              <w:t>wydaną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decyzją</w:t>
            </w:r>
            <w:proofErr w:type="spellEnd"/>
            <w:r w:rsidRPr="0037434B">
              <w:rPr>
                <w:sz w:val="22"/>
              </w:rPr>
              <w:t>?</w:t>
            </w:r>
          </w:p>
          <w:p w14:paraId="47C2602B" w14:textId="77777777" w:rsidR="0037434B" w:rsidRPr="0037434B" w:rsidRDefault="0037434B" w:rsidP="00F210EE">
            <w:pPr>
              <w:ind w:left="306" w:hanging="306"/>
              <w:rPr>
                <w:sz w:val="22"/>
              </w:rPr>
            </w:pPr>
          </w:p>
        </w:tc>
        <w:tc>
          <w:tcPr>
            <w:tcW w:w="1252" w:type="dxa"/>
          </w:tcPr>
          <w:p w14:paraId="06F03368" w14:textId="77777777" w:rsidR="0037434B" w:rsidRDefault="0037434B" w:rsidP="00F210EE">
            <w:pPr>
              <w:rPr>
                <w:sz w:val="24"/>
                <w:szCs w:val="24"/>
              </w:rPr>
            </w:pPr>
          </w:p>
          <w:p w14:paraId="47F0D1D5" w14:textId="77777777" w:rsidR="0037434B" w:rsidRDefault="0037434B" w:rsidP="00F210EE">
            <w:pPr>
              <w:rPr>
                <w:sz w:val="24"/>
                <w:szCs w:val="24"/>
              </w:rPr>
            </w:pPr>
          </w:p>
          <w:p w14:paraId="7CAEA2EE" w14:textId="77777777" w:rsidR="0037434B" w:rsidRDefault="0037434B" w:rsidP="00F210EE">
            <w:pPr>
              <w:rPr>
                <w:sz w:val="24"/>
                <w:szCs w:val="24"/>
              </w:rPr>
            </w:pPr>
          </w:p>
          <w:p w14:paraId="52AD7A66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43D714C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24304D13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</w:tr>
      <w:tr w:rsidR="0037434B" w:rsidRPr="006D15A5" w14:paraId="1E669A35" w14:textId="77777777" w:rsidTr="00B1631C">
        <w:trPr>
          <w:trHeight w:val="904"/>
        </w:trPr>
        <w:tc>
          <w:tcPr>
            <w:tcW w:w="4245" w:type="dxa"/>
          </w:tcPr>
          <w:p w14:paraId="45236257" w14:textId="77777777" w:rsidR="0037434B" w:rsidRPr="0037434B" w:rsidRDefault="0037434B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37434B">
              <w:rPr>
                <w:sz w:val="22"/>
              </w:rPr>
              <w:t>Czy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usługi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opiekuńcze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realizowane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są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zgodnie</w:t>
            </w:r>
            <w:proofErr w:type="spellEnd"/>
            <w:r w:rsidRPr="0037434B">
              <w:rPr>
                <w:sz w:val="22"/>
              </w:rPr>
              <w:t xml:space="preserve"> z </w:t>
            </w:r>
            <w:proofErr w:type="spellStart"/>
            <w:r w:rsidRPr="0037434B">
              <w:rPr>
                <w:sz w:val="22"/>
              </w:rPr>
              <w:t>ustalonym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zakresem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czynności</w:t>
            </w:r>
            <w:proofErr w:type="spellEnd"/>
            <w:r w:rsidRPr="0037434B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79807EF1" w14:textId="77777777" w:rsidR="0037434B" w:rsidRDefault="0037434B" w:rsidP="00F210EE">
            <w:pPr>
              <w:rPr>
                <w:sz w:val="24"/>
                <w:szCs w:val="24"/>
              </w:rPr>
            </w:pPr>
          </w:p>
          <w:p w14:paraId="5192CD80" w14:textId="77777777" w:rsidR="0037434B" w:rsidRDefault="0037434B" w:rsidP="00F210EE">
            <w:pPr>
              <w:rPr>
                <w:sz w:val="24"/>
                <w:szCs w:val="24"/>
              </w:rPr>
            </w:pPr>
          </w:p>
          <w:p w14:paraId="07E27B59" w14:textId="77777777" w:rsidR="0037434B" w:rsidRDefault="0037434B" w:rsidP="00F210EE">
            <w:pPr>
              <w:rPr>
                <w:sz w:val="24"/>
                <w:szCs w:val="24"/>
              </w:rPr>
            </w:pPr>
          </w:p>
          <w:p w14:paraId="16A2C2A0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D113DED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1981AA15" w14:textId="77777777" w:rsidR="0037434B" w:rsidRPr="006D15A5" w:rsidRDefault="0037434B" w:rsidP="00F210EE">
            <w:pPr>
              <w:rPr>
                <w:sz w:val="24"/>
                <w:szCs w:val="24"/>
              </w:rPr>
            </w:pPr>
          </w:p>
        </w:tc>
      </w:tr>
      <w:tr w:rsidR="00B1631C" w:rsidRPr="006D15A5" w14:paraId="26517EE2" w14:textId="77777777" w:rsidTr="00B1631C">
        <w:trPr>
          <w:trHeight w:val="904"/>
        </w:trPr>
        <w:tc>
          <w:tcPr>
            <w:tcW w:w="4245" w:type="dxa"/>
          </w:tcPr>
          <w:p w14:paraId="13573A0A" w14:textId="124739E9" w:rsidR="00B1631C" w:rsidRPr="0037434B" w:rsidRDefault="00B1631C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B1631C">
              <w:rPr>
                <w:sz w:val="22"/>
              </w:rPr>
              <w:t>Czy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wsparcie</w:t>
            </w:r>
            <w:proofErr w:type="spellEnd"/>
            <w:r w:rsidRPr="00B1631C">
              <w:rPr>
                <w:sz w:val="22"/>
              </w:rPr>
              <w:t xml:space="preserve"> jest </w:t>
            </w:r>
            <w:proofErr w:type="spellStart"/>
            <w:r w:rsidRPr="00B1631C">
              <w:rPr>
                <w:sz w:val="22"/>
              </w:rPr>
              <w:t>adekwatne</w:t>
            </w:r>
            <w:proofErr w:type="spellEnd"/>
            <w:r w:rsidRPr="00B1631C">
              <w:rPr>
                <w:sz w:val="22"/>
              </w:rPr>
              <w:t xml:space="preserve"> do </w:t>
            </w:r>
            <w:proofErr w:type="spellStart"/>
            <w:r w:rsidRPr="00B1631C">
              <w:rPr>
                <w:sz w:val="22"/>
              </w:rPr>
              <w:t>aktualnych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potrzeb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osoby</w:t>
            </w:r>
            <w:proofErr w:type="spellEnd"/>
            <w:r w:rsidRPr="00B1631C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145A48B5" w14:textId="77777777" w:rsidR="00B1631C" w:rsidRDefault="00B1631C" w:rsidP="00F210EE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6A40EA2" w14:textId="77777777" w:rsidR="00B1631C" w:rsidRPr="006D15A5" w:rsidRDefault="00B1631C" w:rsidP="00F210EE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3ED2569C" w14:textId="77777777" w:rsidR="00B1631C" w:rsidRPr="006D15A5" w:rsidRDefault="00B1631C" w:rsidP="00F210EE">
            <w:pPr>
              <w:rPr>
                <w:sz w:val="24"/>
                <w:szCs w:val="24"/>
              </w:rPr>
            </w:pPr>
          </w:p>
        </w:tc>
      </w:tr>
      <w:tr w:rsidR="0037434B" w:rsidRPr="006D15A5" w14:paraId="2C7952D5" w14:textId="77777777" w:rsidTr="00B1631C">
        <w:trPr>
          <w:trHeight w:val="697"/>
        </w:trPr>
        <w:tc>
          <w:tcPr>
            <w:tcW w:w="4245" w:type="dxa"/>
          </w:tcPr>
          <w:p w14:paraId="6136AE08" w14:textId="20E0DE2B" w:rsidR="0037434B" w:rsidRPr="0037434B" w:rsidRDefault="00B1631C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B1631C">
              <w:rPr>
                <w:sz w:val="22"/>
              </w:rPr>
              <w:t>Czy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karta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pracy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opiekuna</w:t>
            </w:r>
            <w:proofErr w:type="spellEnd"/>
            <w:r w:rsidRPr="00B1631C">
              <w:rPr>
                <w:sz w:val="22"/>
              </w:rPr>
              <w:t>/</w:t>
            </w:r>
            <w:proofErr w:type="spellStart"/>
            <w:r w:rsidRPr="00B1631C">
              <w:rPr>
                <w:sz w:val="22"/>
              </w:rPr>
              <w:t>opiekunki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znajduje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się</w:t>
            </w:r>
            <w:proofErr w:type="spellEnd"/>
            <w:r w:rsidRPr="00B1631C">
              <w:rPr>
                <w:sz w:val="22"/>
              </w:rPr>
              <w:t xml:space="preserve"> w </w:t>
            </w:r>
            <w:proofErr w:type="spellStart"/>
            <w:r w:rsidRPr="00B1631C">
              <w:rPr>
                <w:sz w:val="22"/>
              </w:rPr>
              <w:t>środowisku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i</w:t>
            </w:r>
            <w:proofErr w:type="spellEnd"/>
            <w:r w:rsidRPr="00B1631C">
              <w:rPr>
                <w:sz w:val="22"/>
              </w:rPr>
              <w:t xml:space="preserve"> jest </w:t>
            </w:r>
            <w:proofErr w:type="spellStart"/>
            <w:r w:rsidRPr="00B1631C">
              <w:rPr>
                <w:sz w:val="22"/>
              </w:rPr>
              <w:t>na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bieżąco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wypełniana</w:t>
            </w:r>
            <w:proofErr w:type="spellEnd"/>
            <w:r w:rsidRPr="00B1631C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3ED03E20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5EC1C07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5DFC208B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</w:tr>
      <w:tr w:rsidR="0037434B" w:rsidRPr="006D15A5" w14:paraId="1C197462" w14:textId="77777777" w:rsidTr="00B1631C">
        <w:trPr>
          <w:trHeight w:val="813"/>
        </w:trPr>
        <w:tc>
          <w:tcPr>
            <w:tcW w:w="4245" w:type="dxa"/>
          </w:tcPr>
          <w:p w14:paraId="456B8328" w14:textId="77777777" w:rsidR="0037434B" w:rsidRPr="0037434B" w:rsidRDefault="0037434B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37434B">
              <w:rPr>
                <w:sz w:val="22"/>
              </w:rPr>
              <w:t>Czy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opiekun</w:t>
            </w:r>
            <w:proofErr w:type="spellEnd"/>
            <w:r w:rsidRPr="0037434B">
              <w:rPr>
                <w:sz w:val="22"/>
              </w:rPr>
              <w:t xml:space="preserve">/ka </w:t>
            </w:r>
            <w:proofErr w:type="spellStart"/>
            <w:r w:rsidRPr="0037434B">
              <w:rPr>
                <w:sz w:val="22"/>
              </w:rPr>
              <w:t>dostarcza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pisemne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informacje</w:t>
            </w:r>
            <w:proofErr w:type="spellEnd"/>
            <w:r w:rsidRPr="0037434B">
              <w:rPr>
                <w:sz w:val="22"/>
              </w:rPr>
              <w:t xml:space="preserve"> o </w:t>
            </w:r>
            <w:proofErr w:type="spellStart"/>
            <w:r w:rsidRPr="0037434B">
              <w:rPr>
                <w:sz w:val="22"/>
              </w:rPr>
              <w:t>odpłatnościach</w:t>
            </w:r>
            <w:proofErr w:type="spellEnd"/>
            <w:r w:rsidRPr="0037434B">
              <w:rPr>
                <w:sz w:val="22"/>
              </w:rPr>
              <w:t xml:space="preserve"> („</w:t>
            </w:r>
            <w:proofErr w:type="spellStart"/>
            <w:r w:rsidRPr="0037434B">
              <w:rPr>
                <w:sz w:val="22"/>
              </w:rPr>
              <w:t>rachunek</w:t>
            </w:r>
            <w:proofErr w:type="spellEnd"/>
            <w:r w:rsidRPr="0037434B">
              <w:rPr>
                <w:sz w:val="22"/>
              </w:rPr>
              <w:t xml:space="preserve">”) </w:t>
            </w:r>
            <w:proofErr w:type="spellStart"/>
            <w:r w:rsidRPr="0037434B">
              <w:rPr>
                <w:sz w:val="22"/>
              </w:rPr>
              <w:t>na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początku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kolejnego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miesiąca</w:t>
            </w:r>
            <w:proofErr w:type="spellEnd"/>
            <w:r w:rsidRPr="0037434B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48935DD6" w14:textId="77777777" w:rsidR="0037434B" w:rsidRDefault="0037434B" w:rsidP="0037434B">
            <w:pPr>
              <w:rPr>
                <w:sz w:val="24"/>
                <w:szCs w:val="24"/>
              </w:rPr>
            </w:pPr>
          </w:p>
          <w:p w14:paraId="5883BF72" w14:textId="77777777" w:rsidR="0037434B" w:rsidRDefault="0037434B" w:rsidP="0037434B">
            <w:pPr>
              <w:rPr>
                <w:sz w:val="24"/>
                <w:szCs w:val="24"/>
              </w:rPr>
            </w:pPr>
          </w:p>
          <w:p w14:paraId="5154570C" w14:textId="77777777" w:rsidR="0037434B" w:rsidRDefault="0037434B" w:rsidP="0037434B">
            <w:pPr>
              <w:rPr>
                <w:sz w:val="24"/>
                <w:szCs w:val="24"/>
              </w:rPr>
            </w:pPr>
          </w:p>
          <w:p w14:paraId="2B9C5103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6DC97EA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77BCABD8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</w:tr>
      <w:tr w:rsidR="0037434B" w:rsidRPr="006D15A5" w14:paraId="2542EC15" w14:textId="77777777" w:rsidTr="00B1631C">
        <w:trPr>
          <w:trHeight w:val="967"/>
        </w:trPr>
        <w:tc>
          <w:tcPr>
            <w:tcW w:w="4245" w:type="dxa"/>
          </w:tcPr>
          <w:p w14:paraId="17929145" w14:textId="77777777" w:rsidR="0037434B" w:rsidRPr="0037434B" w:rsidRDefault="0037434B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37434B">
              <w:rPr>
                <w:sz w:val="22"/>
              </w:rPr>
              <w:t>Czy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opiekun</w:t>
            </w:r>
            <w:proofErr w:type="spellEnd"/>
            <w:r w:rsidRPr="0037434B">
              <w:rPr>
                <w:sz w:val="22"/>
              </w:rPr>
              <w:t xml:space="preserve">/ka </w:t>
            </w:r>
            <w:proofErr w:type="spellStart"/>
            <w:r w:rsidRPr="0037434B">
              <w:rPr>
                <w:sz w:val="22"/>
              </w:rPr>
              <w:t>robi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zakupy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i</w:t>
            </w:r>
            <w:proofErr w:type="spellEnd"/>
            <w:r w:rsidRPr="0037434B">
              <w:rPr>
                <w:sz w:val="22"/>
              </w:rPr>
              <w:t>/</w:t>
            </w:r>
            <w:proofErr w:type="spellStart"/>
            <w:r w:rsidRPr="0037434B">
              <w:rPr>
                <w:sz w:val="22"/>
              </w:rPr>
              <w:t>lub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realizuje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recepty</w:t>
            </w:r>
            <w:proofErr w:type="spellEnd"/>
            <w:r w:rsidRPr="0037434B">
              <w:rPr>
                <w:sz w:val="22"/>
              </w:rPr>
              <w:t xml:space="preserve">? </w:t>
            </w:r>
            <w:proofErr w:type="spellStart"/>
            <w:r w:rsidRPr="0037434B">
              <w:rPr>
                <w:sz w:val="22"/>
              </w:rPr>
              <w:t>Czy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rozlicza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się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na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bieżąco</w:t>
            </w:r>
            <w:proofErr w:type="spellEnd"/>
            <w:r w:rsidRPr="0037434B">
              <w:rPr>
                <w:sz w:val="22"/>
              </w:rPr>
              <w:t xml:space="preserve"> z </w:t>
            </w:r>
            <w:proofErr w:type="spellStart"/>
            <w:r w:rsidRPr="0037434B">
              <w:rPr>
                <w:sz w:val="22"/>
              </w:rPr>
              <w:t>przekazanych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na</w:t>
            </w:r>
            <w:proofErr w:type="spellEnd"/>
            <w:r w:rsidRPr="0037434B">
              <w:rPr>
                <w:sz w:val="22"/>
              </w:rPr>
              <w:t xml:space="preserve"> ten cel </w:t>
            </w:r>
            <w:proofErr w:type="spellStart"/>
            <w:r w:rsidRPr="0037434B">
              <w:rPr>
                <w:sz w:val="22"/>
              </w:rPr>
              <w:t>pieniędzy</w:t>
            </w:r>
            <w:proofErr w:type="spellEnd"/>
            <w:r w:rsidRPr="0037434B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6CDBCA59" w14:textId="77777777" w:rsidR="0037434B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6EEA0B5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4B981AA4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</w:tr>
      <w:tr w:rsidR="0037434B" w:rsidRPr="006D15A5" w14:paraId="49938A40" w14:textId="77777777" w:rsidTr="00B1631C">
        <w:trPr>
          <w:trHeight w:val="571"/>
        </w:trPr>
        <w:tc>
          <w:tcPr>
            <w:tcW w:w="4245" w:type="dxa"/>
          </w:tcPr>
          <w:p w14:paraId="1367A7B1" w14:textId="0E66A2F5" w:rsidR="0037434B" w:rsidRPr="0037434B" w:rsidRDefault="00B1631C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 w:rsidRPr="00B1631C">
              <w:rPr>
                <w:sz w:val="22"/>
              </w:rPr>
              <w:t>Czy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kiedykolwiek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opiekun</w:t>
            </w:r>
            <w:proofErr w:type="spellEnd"/>
            <w:r w:rsidRPr="00B1631C">
              <w:rPr>
                <w:sz w:val="22"/>
              </w:rPr>
              <w:t xml:space="preserve">/ka </w:t>
            </w:r>
            <w:proofErr w:type="spellStart"/>
            <w:r w:rsidRPr="00B1631C">
              <w:rPr>
                <w:sz w:val="22"/>
              </w:rPr>
              <w:t>nie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powiadomił</w:t>
            </w:r>
            <w:proofErr w:type="spellEnd"/>
            <w:r w:rsidRPr="00B1631C">
              <w:rPr>
                <w:sz w:val="22"/>
              </w:rPr>
              <w:t xml:space="preserve">/a o </w:t>
            </w:r>
            <w:proofErr w:type="spellStart"/>
            <w:r w:rsidRPr="00B1631C">
              <w:rPr>
                <w:sz w:val="22"/>
              </w:rPr>
              <w:t>swojej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nieobecności</w:t>
            </w:r>
            <w:proofErr w:type="spellEnd"/>
            <w:r w:rsidRPr="00B1631C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0A98DE69" w14:textId="77777777" w:rsidR="0037434B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59922F6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7EDEEF69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</w:tr>
      <w:tr w:rsidR="0037434B" w:rsidRPr="006D15A5" w14:paraId="163DB1A3" w14:textId="77777777" w:rsidTr="00B1631C">
        <w:trPr>
          <w:trHeight w:val="904"/>
        </w:trPr>
        <w:tc>
          <w:tcPr>
            <w:tcW w:w="4245" w:type="dxa"/>
          </w:tcPr>
          <w:p w14:paraId="50FB5EDB" w14:textId="0F7920C5" w:rsidR="0037434B" w:rsidRPr="0037434B" w:rsidRDefault="00B1631C" w:rsidP="0037434B">
            <w:pPr>
              <w:pStyle w:val="Akapitzlist"/>
              <w:numPr>
                <w:ilvl w:val="0"/>
                <w:numId w:val="11"/>
              </w:numPr>
              <w:ind w:left="306" w:hanging="306"/>
              <w:rPr>
                <w:sz w:val="22"/>
              </w:rPr>
            </w:pPr>
            <w:proofErr w:type="spellStart"/>
            <w:r>
              <w:rPr>
                <w:sz w:val="22"/>
              </w:rPr>
              <w:t>Czy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</w:t>
            </w:r>
            <w:r w:rsidRPr="00B1631C">
              <w:rPr>
                <w:sz w:val="22"/>
              </w:rPr>
              <w:t>espektowane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są</w:t>
            </w:r>
            <w:proofErr w:type="spellEnd"/>
            <w:r w:rsidRPr="00B1631C">
              <w:rPr>
                <w:sz w:val="22"/>
              </w:rPr>
              <w:t xml:space="preserve"> dobro, </w:t>
            </w:r>
            <w:proofErr w:type="spellStart"/>
            <w:r w:rsidRPr="00B1631C">
              <w:rPr>
                <w:sz w:val="22"/>
              </w:rPr>
              <w:t>godność</w:t>
            </w:r>
            <w:proofErr w:type="spellEnd"/>
            <w:r w:rsidRPr="00B1631C">
              <w:rPr>
                <w:sz w:val="22"/>
              </w:rPr>
              <w:t xml:space="preserve">, </w:t>
            </w:r>
            <w:proofErr w:type="spellStart"/>
            <w:r w:rsidRPr="00B1631C">
              <w:rPr>
                <w:sz w:val="22"/>
              </w:rPr>
              <w:t>intymność</w:t>
            </w:r>
            <w:proofErr w:type="spellEnd"/>
            <w:r w:rsidRPr="00B1631C">
              <w:rPr>
                <w:sz w:val="22"/>
              </w:rPr>
              <w:t xml:space="preserve">, </w:t>
            </w:r>
            <w:proofErr w:type="spellStart"/>
            <w:r w:rsidRPr="00B1631C">
              <w:rPr>
                <w:sz w:val="22"/>
              </w:rPr>
              <w:t>autonomia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i</w:t>
            </w:r>
            <w:proofErr w:type="spellEnd"/>
            <w:r w:rsidRPr="00B1631C">
              <w:rPr>
                <w:sz w:val="22"/>
              </w:rPr>
              <w:t xml:space="preserve"> </w:t>
            </w:r>
            <w:proofErr w:type="spellStart"/>
            <w:r w:rsidRPr="00B1631C">
              <w:rPr>
                <w:sz w:val="22"/>
              </w:rPr>
              <w:t>samostanowienie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wobec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osoby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korzystającej</w:t>
            </w:r>
            <w:proofErr w:type="spellEnd"/>
            <w:r>
              <w:rPr>
                <w:sz w:val="22"/>
              </w:rPr>
              <w:t xml:space="preserve"> z </w:t>
            </w:r>
            <w:proofErr w:type="spellStart"/>
            <w:r>
              <w:rPr>
                <w:sz w:val="22"/>
              </w:rPr>
              <w:t>usług</w:t>
            </w:r>
            <w:proofErr w:type="spellEnd"/>
          </w:p>
        </w:tc>
        <w:tc>
          <w:tcPr>
            <w:tcW w:w="1252" w:type="dxa"/>
          </w:tcPr>
          <w:p w14:paraId="5672E2C8" w14:textId="77777777" w:rsidR="0037434B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072E9BA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237D3A98" w14:textId="77777777" w:rsidR="0037434B" w:rsidRPr="006D15A5" w:rsidRDefault="0037434B" w:rsidP="0037434B">
            <w:pPr>
              <w:rPr>
                <w:sz w:val="24"/>
                <w:szCs w:val="24"/>
              </w:rPr>
            </w:pPr>
          </w:p>
        </w:tc>
      </w:tr>
      <w:tr w:rsidR="0037434B" w:rsidRPr="006D15A5" w14:paraId="15DCDAE2" w14:textId="77777777" w:rsidTr="00B1631C">
        <w:trPr>
          <w:trHeight w:val="605"/>
        </w:trPr>
        <w:tc>
          <w:tcPr>
            <w:tcW w:w="4245" w:type="dxa"/>
          </w:tcPr>
          <w:p w14:paraId="3C2BA3E0" w14:textId="77777777" w:rsidR="0037434B" w:rsidRPr="0037434B" w:rsidRDefault="0037434B" w:rsidP="00B1631C">
            <w:pPr>
              <w:pStyle w:val="Akapitzlist"/>
              <w:numPr>
                <w:ilvl w:val="0"/>
                <w:numId w:val="11"/>
              </w:numPr>
              <w:ind w:left="306" w:hanging="284"/>
              <w:rPr>
                <w:sz w:val="22"/>
              </w:rPr>
            </w:pPr>
            <w:proofErr w:type="spellStart"/>
            <w:r w:rsidRPr="0037434B">
              <w:rPr>
                <w:sz w:val="22"/>
              </w:rPr>
              <w:t>Czy</w:t>
            </w:r>
            <w:proofErr w:type="spellEnd"/>
            <w:r w:rsidRPr="0037434B">
              <w:rPr>
                <w:sz w:val="22"/>
              </w:rPr>
              <w:t xml:space="preserve"> ma Pan/Pani </w:t>
            </w:r>
            <w:proofErr w:type="spellStart"/>
            <w:r w:rsidRPr="0037434B">
              <w:rPr>
                <w:sz w:val="22"/>
              </w:rPr>
              <w:t>uwagi</w:t>
            </w:r>
            <w:proofErr w:type="spellEnd"/>
            <w:r w:rsidRPr="0037434B">
              <w:rPr>
                <w:sz w:val="22"/>
              </w:rPr>
              <w:t xml:space="preserve"> do </w:t>
            </w:r>
            <w:proofErr w:type="spellStart"/>
            <w:r w:rsidRPr="0037434B">
              <w:rPr>
                <w:sz w:val="22"/>
              </w:rPr>
              <w:t>świadczonych</w:t>
            </w:r>
            <w:proofErr w:type="spellEnd"/>
            <w:r w:rsidRPr="0037434B">
              <w:rPr>
                <w:sz w:val="22"/>
              </w:rPr>
              <w:t xml:space="preserve"> </w:t>
            </w:r>
            <w:proofErr w:type="spellStart"/>
            <w:r w:rsidRPr="0037434B">
              <w:rPr>
                <w:sz w:val="22"/>
              </w:rPr>
              <w:t>usług</w:t>
            </w:r>
            <w:proofErr w:type="spellEnd"/>
            <w:r w:rsidRPr="0037434B">
              <w:rPr>
                <w:sz w:val="22"/>
              </w:rPr>
              <w:t>?</w:t>
            </w:r>
          </w:p>
        </w:tc>
        <w:tc>
          <w:tcPr>
            <w:tcW w:w="1252" w:type="dxa"/>
          </w:tcPr>
          <w:p w14:paraId="713A8E0E" w14:textId="77777777" w:rsidR="0037434B" w:rsidRDefault="0037434B" w:rsidP="00B1631C">
            <w:pPr>
              <w:rPr>
                <w:sz w:val="24"/>
                <w:szCs w:val="24"/>
              </w:rPr>
            </w:pPr>
          </w:p>
          <w:p w14:paraId="6E68AC70" w14:textId="77777777" w:rsidR="0037434B" w:rsidRDefault="0037434B" w:rsidP="00B1631C">
            <w:pPr>
              <w:rPr>
                <w:sz w:val="24"/>
                <w:szCs w:val="24"/>
              </w:rPr>
            </w:pPr>
          </w:p>
          <w:p w14:paraId="40AC408B" w14:textId="77777777" w:rsidR="0037434B" w:rsidRDefault="0037434B" w:rsidP="00B1631C">
            <w:pPr>
              <w:rPr>
                <w:sz w:val="24"/>
                <w:szCs w:val="24"/>
              </w:rPr>
            </w:pPr>
          </w:p>
          <w:p w14:paraId="2B34F814" w14:textId="77777777" w:rsidR="0037434B" w:rsidRDefault="0037434B" w:rsidP="00B1631C">
            <w:pPr>
              <w:rPr>
                <w:sz w:val="24"/>
                <w:szCs w:val="24"/>
              </w:rPr>
            </w:pPr>
          </w:p>
          <w:p w14:paraId="2A1DDA1A" w14:textId="77777777" w:rsidR="0037434B" w:rsidRPr="006D15A5" w:rsidRDefault="0037434B" w:rsidP="00B1631C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644F22F" w14:textId="77777777" w:rsidR="0037434B" w:rsidRPr="006D15A5" w:rsidRDefault="0037434B" w:rsidP="00B1631C">
            <w:pPr>
              <w:rPr>
                <w:sz w:val="24"/>
                <w:szCs w:val="24"/>
              </w:rPr>
            </w:pPr>
          </w:p>
        </w:tc>
        <w:tc>
          <w:tcPr>
            <w:tcW w:w="4517" w:type="dxa"/>
          </w:tcPr>
          <w:p w14:paraId="2E0BCDA4" w14:textId="77777777" w:rsidR="0037434B" w:rsidRPr="006D15A5" w:rsidRDefault="0037434B" w:rsidP="00B1631C">
            <w:pPr>
              <w:rPr>
                <w:sz w:val="24"/>
                <w:szCs w:val="24"/>
              </w:rPr>
            </w:pPr>
          </w:p>
        </w:tc>
      </w:tr>
    </w:tbl>
    <w:p w14:paraId="7A8DC679" w14:textId="2EA34DBD" w:rsidR="00B1631C" w:rsidRPr="00A10255" w:rsidRDefault="00B1631C" w:rsidP="00B1631C">
      <w:pPr>
        <w:spacing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Czy stwierdzono nieprawidłowości? </w:t>
      </w:r>
      <w:r>
        <w:rPr>
          <w:rFonts w:cs="Arial"/>
          <w:lang w:val="pl-PL"/>
        </w:rPr>
        <w:t xml:space="preserve">       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NIE 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TAK. Jeżeli tak: .............................................................................................</w:t>
      </w:r>
    </w:p>
    <w:p w14:paraId="2C03F9D5" w14:textId="26A6ED43" w:rsidR="00B1631C" w:rsidRPr="00A10255" w:rsidRDefault="00B1631C" w:rsidP="00B1631C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Czy stwierdzono zmianę potrzeb osoby?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NIE 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TAK. Jeżeli tak: .........</w:t>
      </w:r>
      <w:r>
        <w:rPr>
          <w:rFonts w:cs="Arial"/>
          <w:lang w:val="pl-PL"/>
        </w:rPr>
        <w:t>....</w:t>
      </w:r>
      <w:r w:rsidRPr="00A10255">
        <w:rPr>
          <w:rFonts w:cs="Arial"/>
          <w:lang w:val="pl-PL"/>
        </w:rPr>
        <w:t>................................................................................</w:t>
      </w:r>
    </w:p>
    <w:p w14:paraId="40DBC2B9" w14:textId="77777777" w:rsidR="0037434B" w:rsidRDefault="0037434B" w:rsidP="0037434B">
      <w:pPr>
        <w:rPr>
          <w:sz w:val="24"/>
          <w:szCs w:val="24"/>
        </w:rPr>
      </w:pPr>
    </w:p>
    <w:p w14:paraId="49CA1477" w14:textId="5EC07C28" w:rsidR="0037434B" w:rsidRDefault="0037434B" w:rsidP="00B1631C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B1631C">
        <w:rPr>
          <w:sz w:val="24"/>
          <w:szCs w:val="24"/>
        </w:rPr>
        <w:tab/>
      </w:r>
      <w:r w:rsidR="00B1631C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……………………………………………</w:t>
      </w:r>
    </w:p>
    <w:p w14:paraId="55CDDA46" w14:textId="152F8015" w:rsidR="00B93B92" w:rsidRPr="009719D0" w:rsidRDefault="0037434B" w:rsidP="009719D0">
      <w:pPr>
        <w:spacing w:after="0"/>
        <w:rPr>
          <w:sz w:val="20"/>
          <w:szCs w:val="20"/>
        </w:rPr>
        <w:sectPr w:rsidR="00B93B92" w:rsidRPr="009719D0" w:rsidSect="0037434B">
          <w:pgSz w:w="12240" w:h="15840"/>
          <w:pgMar w:top="720" w:right="720" w:bottom="720" w:left="720" w:header="360" w:footer="709" w:gutter="0"/>
          <w:pgNumType w:start="37"/>
          <w:cols w:space="708"/>
          <w:docGrid w:linePitch="258"/>
        </w:sectPr>
      </w:pPr>
      <w:proofErr w:type="spellStart"/>
      <w:r w:rsidRPr="00B1631C">
        <w:rPr>
          <w:sz w:val="20"/>
          <w:szCs w:val="20"/>
        </w:rPr>
        <w:t>Podpis</w:t>
      </w:r>
      <w:proofErr w:type="spellEnd"/>
      <w:r w:rsidRPr="00B1631C">
        <w:rPr>
          <w:sz w:val="20"/>
          <w:szCs w:val="20"/>
        </w:rPr>
        <w:t xml:space="preserve"> </w:t>
      </w:r>
      <w:proofErr w:type="spellStart"/>
      <w:r w:rsidRPr="00B1631C">
        <w:rPr>
          <w:sz w:val="20"/>
          <w:szCs w:val="20"/>
        </w:rPr>
        <w:t>pracownika</w:t>
      </w:r>
      <w:proofErr w:type="spellEnd"/>
      <w:r w:rsidRPr="00B1631C">
        <w:rPr>
          <w:sz w:val="20"/>
          <w:szCs w:val="20"/>
        </w:rPr>
        <w:t xml:space="preserve"> MOPS</w:t>
      </w:r>
      <w:r w:rsidRPr="00B1631C">
        <w:rPr>
          <w:sz w:val="20"/>
          <w:szCs w:val="20"/>
        </w:rPr>
        <w:tab/>
      </w:r>
      <w:r w:rsidRPr="00B1631C">
        <w:rPr>
          <w:sz w:val="20"/>
          <w:szCs w:val="20"/>
        </w:rPr>
        <w:tab/>
        <w:t xml:space="preserve">         </w:t>
      </w:r>
      <w:r w:rsidRPr="00B1631C">
        <w:rPr>
          <w:sz w:val="20"/>
          <w:szCs w:val="20"/>
        </w:rPr>
        <w:tab/>
      </w:r>
      <w:r w:rsidRPr="00B1631C">
        <w:rPr>
          <w:sz w:val="20"/>
          <w:szCs w:val="20"/>
        </w:rPr>
        <w:tab/>
      </w:r>
      <w:r w:rsidRPr="00B1631C">
        <w:rPr>
          <w:sz w:val="20"/>
          <w:szCs w:val="20"/>
        </w:rPr>
        <w:tab/>
      </w:r>
      <w:r w:rsidR="00B1631C" w:rsidRPr="00B1631C">
        <w:rPr>
          <w:sz w:val="20"/>
          <w:szCs w:val="20"/>
        </w:rPr>
        <w:tab/>
      </w:r>
      <w:r w:rsidR="00B1631C" w:rsidRPr="00B1631C">
        <w:rPr>
          <w:sz w:val="20"/>
          <w:szCs w:val="20"/>
        </w:rPr>
        <w:tab/>
        <w:t xml:space="preserve">    </w:t>
      </w:r>
      <w:r w:rsidR="00B1631C">
        <w:rPr>
          <w:sz w:val="20"/>
          <w:szCs w:val="20"/>
        </w:rPr>
        <w:t xml:space="preserve">      </w:t>
      </w:r>
      <w:r w:rsidR="00B1631C" w:rsidRPr="00B1631C">
        <w:rPr>
          <w:sz w:val="20"/>
          <w:szCs w:val="20"/>
        </w:rPr>
        <w:t xml:space="preserve">  </w:t>
      </w:r>
      <w:r w:rsidRPr="00B1631C">
        <w:rPr>
          <w:sz w:val="20"/>
          <w:szCs w:val="20"/>
        </w:rPr>
        <w:t xml:space="preserve"> </w:t>
      </w:r>
      <w:proofErr w:type="spellStart"/>
      <w:r w:rsidRPr="00B1631C">
        <w:rPr>
          <w:sz w:val="20"/>
          <w:szCs w:val="20"/>
        </w:rPr>
        <w:t>Podpis</w:t>
      </w:r>
      <w:proofErr w:type="spellEnd"/>
      <w:r w:rsidRPr="00B1631C">
        <w:rPr>
          <w:sz w:val="20"/>
          <w:szCs w:val="20"/>
        </w:rPr>
        <w:t xml:space="preserve"> </w:t>
      </w:r>
      <w:proofErr w:type="spellStart"/>
      <w:r w:rsidRPr="00B1631C">
        <w:rPr>
          <w:sz w:val="20"/>
          <w:szCs w:val="20"/>
        </w:rPr>
        <w:t>osoby</w:t>
      </w:r>
      <w:proofErr w:type="spellEnd"/>
      <w:r w:rsidRPr="00B1631C">
        <w:rPr>
          <w:sz w:val="20"/>
          <w:szCs w:val="20"/>
        </w:rPr>
        <w:t xml:space="preserve"> </w:t>
      </w:r>
      <w:proofErr w:type="spellStart"/>
      <w:r w:rsidRPr="00B1631C">
        <w:rPr>
          <w:sz w:val="20"/>
          <w:szCs w:val="20"/>
        </w:rPr>
        <w:t>objętej</w:t>
      </w:r>
      <w:proofErr w:type="spellEnd"/>
      <w:r w:rsidRPr="00B1631C">
        <w:rPr>
          <w:sz w:val="20"/>
          <w:szCs w:val="20"/>
        </w:rPr>
        <w:t xml:space="preserve"> </w:t>
      </w:r>
      <w:proofErr w:type="spellStart"/>
      <w:r w:rsidRPr="00B1631C">
        <w:rPr>
          <w:sz w:val="20"/>
          <w:szCs w:val="20"/>
        </w:rPr>
        <w:t>pomo</w:t>
      </w:r>
      <w:r w:rsidR="009719D0">
        <w:rPr>
          <w:sz w:val="20"/>
          <w:szCs w:val="20"/>
        </w:rPr>
        <w:t>cą</w:t>
      </w:r>
      <w:proofErr w:type="spellEnd"/>
    </w:p>
    <w:p w14:paraId="2F2CD4B7" w14:textId="26068C4C" w:rsidR="009719D0" w:rsidRDefault="009719D0" w:rsidP="009719D0">
      <w:pPr>
        <w:ind w:left="12240" w:firstLine="72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lastRenderedPageBreak/>
        <w:t xml:space="preserve">         </w:t>
      </w:r>
      <w:proofErr w:type="spellStart"/>
      <w:r>
        <w:rPr>
          <w:i/>
          <w:iCs/>
          <w:sz w:val="16"/>
          <w:szCs w:val="16"/>
        </w:rPr>
        <w:t>Załącznik</w:t>
      </w:r>
      <w:proofErr w:type="spellEnd"/>
      <w:r>
        <w:rPr>
          <w:i/>
          <w:iCs/>
          <w:sz w:val="16"/>
          <w:szCs w:val="16"/>
        </w:rPr>
        <w:t xml:space="preserve"> nr 2</w:t>
      </w:r>
      <w:r>
        <w:rPr>
          <w:i/>
          <w:iCs/>
          <w:sz w:val="16"/>
          <w:szCs w:val="16"/>
        </w:rPr>
        <w:br/>
      </w:r>
    </w:p>
    <w:p w14:paraId="65E929F3" w14:textId="77777777" w:rsidR="009719D0" w:rsidRPr="00B93B92" w:rsidRDefault="009719D0" w:rsidP="009719D0">
      <w:pPr>
        <w:ind w:left="4956" w:firstLine="708"/>
        <w:jc w:val="right"/>
        <w:rPr>
          <w:sz w:val="22"/>
        </w:rPr>
      </w:pPr>
      <w:r>
        <w:rPr>
          <w:sz w:val="22"/>
        </w:rPr>
        <w:t xml:space="preserve">Sopot, </w:t>
      </w:r>
      <w:proofErr w:type="spellStart"/>
      <w:r>
        <w:rPr>
          <w:sz w:val="22"/>
        </w:rPr>
        <w:t>dnia</w:t>
      </w:r>
      <w:proofErr w:type="spellEnd"/>
      <w:r>
        <w:rPr>
          <w:sz w:val="22"/>
        </w:rPr>
        <w:t xml:space="preserve"> .......................................</w:t>
      </w:r>
    </w:p>
    <w:p w14:paraId="3CFB3555" w14:textId="77777777" w:rsidR="009719D0" w:rsidRDefault="009719D0" w:rsidP="009719D0">
      <w:pPr>
        <w:jc w:val="center"/>
        <w:rPr>
          <w:rFonts w:eastAsia="Times New Roman"/>
          <w:b/>
          <w:bCs/>
          <w:sz w:val="22"/>
        </w:rPr>
      </w:pPr>
      <w:proofErr w:type="spellStart"/>
      <w:r>
        <w:rPr>
          <w:b/>
          <w:bCs/>
          <w:sz w:val="22"/>
        </w:rPr>
        <w:t>Rozliczenie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rzeczywistego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wykonania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godzin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usług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opiekuńczych</w:t>
      </w:r>
      <w:proofErr w:type="spellEnd"/>
    </w:p>
    <w:p w14:paraId="0C39C07E" w14:textId="77777777" w:rsidR="009719D0" w:rsidRDefault="009719D0" w:rsidP="009719D0">
      <w:pPr>
        <w:jc w:val="center"/>
        <w:rPr>
          <w:sz w:val="22"/>
        </w:rPr>
      </w:pPr>
      <w:proofErr w:type="spellStart"/>
      <w:r>
        <w:rPr>
          <w:b/>
          <w:bCs/>
          <w:sz w:val="22"/>
        </w:rPr>
        <w:t>przez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osoby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realizujące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usługi</w:t>
      </w:r>
      <w:proofErr w:type="spellEnd"/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22"/>
        </w:rPr>
        <w:t>opiekuńcze</w:t>
      </w:r>
      <w:proofErr w:type="spellEnd"/>
      <w:r>
        <w:rPr>
          <w:rFonts w:eastAsia="Arial Unicode MS"/>
          <w:b/>
          <w:sz w:val="22"/>
        </w:rPr>
        <w:t xml:space="preserve"> (</w:t>
      </w:r>
      <w:proofErr w:type="spellStart"/>
      <w:r>
        <w:rPr>
          <w:rFonts w:eastAsia="Arial Unicode MS"/>
          <w:b/>
          <w:sz w:val="22"/>
        </w:rPr>
        <w:t>sporządzony</w:t>
      </w:r>
      <w:proofErr w:type="spellEnd"/>
      <w:r>
        <w:rPr>
          <w:rFonts w:eastAsia="Arial Unicode MS"/>
          <w:b/>
          <w:sz w:val="22"/>
        </w:rPr>
        <w:t xml:space="preserve"> </w:t>
      </w:r>
      <w:proofErr w:type="spellStart"/>
      <w:r>
        <w:rPr>
          <w:rFonts w:eastAsia="Arial Unicode MS"/>
          <w:b/>
          <w:sz w:val="22"/>
        </w:rPr>
        <w:t>na</w:t>
      </w:r>
      <w:proofErr w:type="spellEnd"/>
      <w:r>
        <w:rPr>
          <w:rFonts w:eastAsia="Arial Unicode MS"/>
          <w:b/>
          <w:sz w:val="22"/>
        </w:rPr>
        <w:t xml:space="preserve"> </w:t>
      </w:r>
      <w:proofErr w:type="spellStart"/>
      <w:r>
        <w:rPr>
          <w:rFonts w:eastAsia="Arial Unicode MS"/>
          <w:b/>
          <w:sz w:val="22"/>
        </w:rPr>
        <w:t>podstawie</w:t>
      </w:r>
      <w:proofErr w:type="spellEnd"/>
      <w:r>
        <w:rPr>
          <w:rFonts w:eastAsia="Arial Unicode MS"/>
          <w:b/>
          <w:sz w:val="22"/>
        </w:rPr>
        <w:t xml:space="preserve"> </w:t>
      </w:r>
      <w:proofErr w:type="spellStart"/>
      <w:r>
        <w:rPr>
          <w:rFonts w:eastAsia="Arial Unicode MS"/>
          <w:b/>
          <w:sz w:val="22"/>
        </w:rPr>
        <w:t>Miesięcznych</w:t>
      </w:r>
      <w:proofErr w:type="spellEnd"/>
      <w:r>
        <w:rPr>
          <w:rFonts w:eastAsia="Arial Unicode MS"/>
          <w:b/>
          <w:sz w:val="22"/>
        </w:rPr>
        <w:t xml:space="preserve"> Kart </w:t>
      </w:r>
      <w:proofErr w:type="spellStart"/>
      <w:r>
        <w:rPr>
          <w:rFonts w:eastAsia="Arial Unicode MS"/>
          <w:b/>
          <w:sz w:val="22"/>
        </w:rPr>
        <w:t>Pracy</w:t>
      </w:r>
      <w:proofErr w:type="spellEnd"/>
      <w:r>
        <w:rPr>
          <w:rFonts w:eastAsia="Arial Unicode MS"/>
          <w:b/>
          <w:sz w:val="22"/>
        </w:rPr>
        <w:t>)</w:t>
      </w:r>
    </w:p>
    <w:p w14:paraId="1E9A679C" w14:textId="77777777" w:rsidR="009719D0" w:rsidRPr="00B93B92" w:rsidRDefault="009719D0" w:rsidP="009719D0">
      <w:pPr>
        <w:jc w:val="center"/>
        <w:rPr>
          <w:b/>
          <w:sz w:val="22"/>
        </w:rPr>
      </w:pPr>
      <w:r>
        <w:rPr>
          <w:b/>
          <w:sz w:val="22"/>
        </w:rPr>
        <w:t xml:space="preserve">za </w:t>
      </w:r>
      <w:proofErr w:type="spellStart"/>
      <w:r>
        <w:rPr>
          <w:b/>
          <w:sz w:val="22"/>
        </w:rPr>
        <w:t>miesiąc</w:t>
      </w:r>
      <w:proofErr w:type="spellEnd"/>
      <w:r>
        <w:rPr>
          <w:b/>
          <w:sz w:val="22"/>
        </w:rPr>
        <w:t xml:space="preserve"> ..................................</w:t>
      </w:r>
    </w:p>
    <w:tbl>
      <w:tblPr>
        <w:tblW w:w="5149" w:type="pct"/>
        <w:tblInd w:w="-21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"/>
        <w:gridCol w:w="1357"/>
        <w:gridCol w:w="710"/>
        <w:gridCol w:w="828"/>
        <w:gridCol w:w="961"/>
        <w:gridCol w:w="1076"/>
        <w:gridCol w:w="1088"/>
        <w:gridCol w:w="1152"/>
        <w:gridCol w:w="878"/>
        <w:gridCol w:w="1182"/>
        <w:gridCol w:w="920"/>
        <w:gridCol w:w="1088"/>
        <w:gridCol w:w="1088"/>
        <w:gridCol w:w="1214"/>
        <w:gridCol w:w="928"/>
      </w:tblGrid>
      <w:tr w:rsidR="009719D0" w14:paraId="731FB92B" w14:textId="77777777" w:rsidTr="00F210EE"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24858A3D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Lp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>.</w:t>
            </w:r>
          </w:p>
        </w:tc>
        <w:tc>
          <w:tcPr>
            <w:tcW w:w="460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32151356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Nazwisko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,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imię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adres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osoby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korzystającej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z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usług</w:t>
            </w:r>
            <w:proofErr w:type="spellEnd"/>
          </w:p>
        </w:tc>
        <w:tc>
          <w:tcPr>
            <w:tcW w:w="241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6D93A787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r>
              <w:rPr>
                <w:kern w:val="2"/>
                <w:sz w:val="22"/>
                <w14:ligatures w14:val="standardContextual"/>
              </w:rPr>
              <w:t xml:space="preserve">Nr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decyzji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548EC55A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Godziny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zlecone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razem</w:t>
            </w:r>
            <w:proofErr w:type="spellEnd"/>
          </w:p>
        </w:tc>
        <w:tc>
          <w:tcPr>
            <w:tcW w:w="326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0435E956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Godziny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zlecone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</w:p>
          <w:p w14:paraId="23454157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dni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robocze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>/</w:t>
            </w:r>
          </w:p>
          <w:p w14:paraId="32E869D1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soboty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wolne</w:t>
            </w:r>
            <w:proofErr w:type="spellEnd"/>
          </w:p>
        </w:tc>
        <w:tc>
          <w:tcPr>
            <w:tcW w:w="365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19304E25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Kwota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jednostkowa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dni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robocze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soboty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wolne</w:t>
            </w:r>
            <w:proofErr w:type="spellEnd"/>
          </w:p>
        </w:tc>
        <w:tc>
          <w:tcPr>
            <w:tcW w:w="369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6D32A566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r>
              <w:rPr>
                <w:kern w:val="2"/>
                <w:sz w:val="22"/>
                <w14:ligatures w14:val="standardContextual"/>
              </w:rPr>
              <w:t xml:space="preserve">Koszt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wykonania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usługi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Odpłatność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za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godzinę</w:t>
            </w:r>
            <w:proofErr w:type="spellEnd"/>
          </w:p>
        </w:tc>
        <w:tc>
          <w:tcPr>
            <w:tcW w:w="391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4B003097" w14:textId="77777777" w:rsidR="009719D0" w:rsidRDefault="009719D0" w:rsidP="00F210EE">
            <w:pPr>
              <w:spacing w:line="256" w:lineRule="auto"/>
              <w:jc w:val="center"/>
              <w:rPr>
                <w:bCs/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Ilość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świadczeń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razem</w:t>
            </w:r>
            <w:proofErr w:type="spellEnd"/>
          </w:p>
        </w:tc>
        <w:tc>
          <w:tcPr>
            <w:tcW w:w="298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hideMark/>
          </w:tcPr>
          <w:p w14:paraId="6154F87B" w14:textId="77777777" w:rsidR="009719D0" w:rsidRDefault="009719D0" w:rsidP="00F210EE">
            <w:pPr>
              <w:spacing w:line="256" w:lineRule="auto"/>
              <w:jc w:val="center"/>
              <w:rPr>
                <w:bCs/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Ilość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świadczeń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dni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robocze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soboty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wolne</w:t>
            </w:r>
            <w:proofErr w:type="spellEnd"/>
          </w:p>
        </w:tc>
        <w:tc>
          <w:tcPr>
            <w:tcW w:w="401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14:paraId="13CD688B" w14:textId="77777777" w:rsidR="009719D0" w:rsidRDefault="009719D0" w:rsidP="00F210EE">
            <w:pPr>
              <w:spacing w:line="256" w:lineRule="auto"/>
              <w:jc w:val="center"/>
              <w:rPr>
                <w:bCs/>
                <w:kern w:val="2"/>
                <w:sz w:val="22"/>
                <w14:ligatures w14:val="standardContextual"/>
              </w:rPr>
            </w:pPr>
          </w:p>
          <w:p w14:paraId="4A305883" w14:textId="77777777" w:rsidR="009719D0" w:rsidRDefault="009719D0" w:rsidP="00F210EE">
            <w:pPr>
              <w:spacing w:line="256" w:lineRule="auto"/>
              <w:jc w:val="center"/>
              <w:rPr>
                <w:bCs/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Kwota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jednostkowa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dni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robocze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soboty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wolne</w:t>
            </w:r>
            <w:proofErr w:type="spellEnd"/>
          </w:p>
        </w:tc>
        <w:tc>
          <w:tcPr>
            <w:tcW w:w="312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14:paraId="3BC08663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bCs/>
                <w:kern w:val="2"/>
                <w:sz w:val="22"/>
                <w14:ligatures w14:val="standardContextual"/>
              </w:rPr>
              <w:t>Kwota</w:t>
            </w:r>
            <w:proofErr w:type="spellEnd"/>
            <w:r>
              <w:rPr>
                <w:bCs/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bCs/>
                <w:kern w:val="2"/>
                <w:sz w:val="22"/>
                <w14:ligatures w14:val="standardContextual"/>
              </w:rPr>
              <w:t>realizacji</w:t>
            </w:r>
            <w:proofErr w:type="spellEnd"/>
            <w:r>
              <w:rPr>
                <w:bCs/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bCs/>
                <w:kern w:val="2"/>
                <w:sz w:val="22"/>
                <w14:ligatures w14:val="standardContextual"/>
              </w:rPr>
              <w:t>Dopłata</w:t>
            </w:r>
            <w:proofErr w:type="spellEnd"/>
            <w:r>
              <w:rPr>
                <w:bCs/>
                <w:kern w:val="2"/>
                <w:sz w:val="22"/>
                <w14:ligatures w14:val="standardContextual"/>
              </w:rPr>
              <w:t xml:space="preserve"> OPS</w:t>
            </w:r>
          </w:p>
        </w:tc>
        <w:tc>
          <w:tcPr>
            <w:tcW w:w="369" w:type="pct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4" w:space="0" w:color="auto"/>
            </w:tcBorders>
            <w:hideMark/>
          </w:tcPr>
          <w:p w14:paraId="63F053E9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Procent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odpłatności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dni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robocze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soboty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/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wolne</w:t>
            </w:r>
            <w:proofErr w:type="spellEnd"/>
          </w:p>
        </w:tc>
        <w:tc>
          <w:tcPr>
            <w:tcW w:w="3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hideMark/>
          </w:tcPr>
          <w:p w14:paraId="15D00A95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Odpłatność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klienta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za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okres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</w:p>
        </w:tc>
        <w:tc>
          <w:tcPr>
            <w:tcW w:w="41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hideMark/>
          </w:tcPr>
          <w:p w14:paraId="6932B00C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Planowany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koszt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wyk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.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usługi</w:t>
            </w:r>
            <w:proofErr w:type="spellEnd"/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hideMark/>
          </w:tcPr>
          <w:p w14:paraId="5898A5DB" w14:textId="77777777" w:rsidR="009719D0" w:rsidRDefault="009719D0" w:rsidP="00F210EE">
            <w:pPr>
              <w:spacing w:line="256" w:lineRule="auto"/>
              <w:jc w:val="center"/>
              <w:rPr>
                <w:kern w:val="2"/>
                <w:sz w:val="22"/>
                <w14:ligatures w14:val="standardContextual"/>
              </w:rPr>
            </w:pPr>
            <w:proofErr w:type="spellStart"/>
            <w:r>
              <w:rPr>
                <w:kern w:val="2"/>
                <w:sz w:val="22"/>
                <w14:ligatures w14:val="standardContextual"/>
              </w:rPr>
              <w:t>Powód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braku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realizacji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  <w:proofErr w:type="spellStart"/>
            <w:r>
              <w:rPr>
                <w:kern w:val="2"/>
                <w:sz w:val="22"/>
                <w14:ligatures w14:val="standardContextual"/>
              </w:rPr>
              <w:t>usługi</w:t>
            </w:r>
            <w:proofErr w:type="spellEnd"/>
            <w:r>
              <w:rPr>
                <w:kern w:val="2"/>
                <w:sz w:val="22"/>
                <w14:ligatures w14:val="standardContextual"/>
              </w:rPr>
              <w:t xml:space="preserve"> </w:t>
            </w:r>
          </w:p>
        </w:tc>
      </w:tr>
      <w:tr w:rsidR="009719D0" w14:paraId="2B747DD4" w14:textId="77777777" w:rsidTr="00F210EE">
        <w:trPr>
          <w:cantSplit/>
        </w:trPr>
        <w:tc>
          <w:tcPr>
            <w:tcW w:w="90" w:type="pct"/>
            <w:tcBorders>
              <w:top w:val="nil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230F951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6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67D2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4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B073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8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FE97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BA3E9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C184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B642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9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D431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98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4BCC7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0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AE0D4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00A3D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15D59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6AF355A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A9EAC84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5" w:type="pct"/>
            <w:tcBorders>
              <w:top w:val="nil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544D103B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</w:tr>
      <w:tr w:rsidR="009719D0" w14:paraId="0950AFDD" w14:textId="77777777" w:rsidTr="00F210EE">
        <w:trPr>
          <w:cantSplit/>
        </w:trPr>
        <w:tc>
          <w:tcPr>
            <w:tcW w:w="90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2F0BF20D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1B3DC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E08A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E5006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0C4E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FB4A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159FC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5D5B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3A32B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7877B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551E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482D03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979F57D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6CBA8C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5E15E72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</w:tr>
      <w:tr w:rsidR="009719D0" w14:paraId="6DBB5409" w14:textId="77777777" w:rsidTr="00F210EE">
        <w:tc>
          <w:tcPr>
            <w:tcW w:w="90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777760B6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6257F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94AE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AA075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A98FA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B603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652E8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7419C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CC168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4946A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E73FB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A545D57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18DC7D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3973C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221A805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</w:tr>
      <w:tr w:rsidR="009719D0" w14:paraId="6B4B8954" w14:textId="77777777" w:rsidTr="00F210EE">
        <w:tc>
          <w:tcPr>
            <w:tcW w:w="90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4693DED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7FA6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D17C8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6248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3425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465B6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EBED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B77F9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664B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1E75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3E26C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9C21477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97DACB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DB1751C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4BE6AB6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</w:tr>
      <w:tr w:rsidR="009719D0" w14:paraId="3CE32236" w14:textId="77777777" w:rsidTr="00F210EE">
        <w:tc>
          <w:tcPr>
            <w:tcW w:w="90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4BE04AB5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EF0DF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B8329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3A85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CFEE6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B7E5F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BBA9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0D4B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C74DA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B8DE9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FFEC2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62D2D86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E382761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B4B6279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360D7235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</w:tr>
      <w:tr w:rsidR="009719D0" w14:paraId="6E8F940C" w14:textId="77777777" w:rsidTr="00F210EE">
        <w:tc>
          <w:tcPr>
            <w:tcW w:w="90" w:type="pct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14:paraId="70A44BFA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6A03B845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2BC1120C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28DE2E2D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6E9E49B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497DE0D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7D288F45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180D361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4DE1CDAD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6A9C4933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</w:tcPr>
          <w:p w14:paraId="08B1243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</w:tcPr>
          <w:p w14:paraId="0EC6062E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14:paraId="5DE7C3CA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412" w:type="pct"/>
            <w:tcBorders>
              <w:top w:val="single" w:sz="6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14:paraId="1F4EF54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  <w:tc>
          <w:tcPr>
            <w:tcW w:w="315" w:type="pct"/>
            <w:tcBorders>
              <w:top w:val="single" w:sz="6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33235C10" w14:textId="77777777" w:rsidR="009719D0" w:rsidRDefault="009719D0" w:rsidP="00F210EE">
            <w:pPr>
              <w:spacing w:line="480" w:lineRule="auto"/>
              <w:rPr>
                <w:kern w:val="2"/>
                <w:sz w:val="22"/>
                <w14:ligatures w14:val="standardContextual"/>
              </w:rPr>
            </w:pPr>
          </w:p>
        </w:tc>
      </w:tr>
    </w:tbl>
    <w:p w14:paraId="3920FBEE" w14:textId="77777777" w:rsidR="00B93B92" w:rsidRDefault="00B93B92" w:rsidP="00B93B92">
      <w:pPr>
        <w:rPr>
          <w:sz w:val="22"/>
        </w:rPr>
        <w:sectPr w:rsidR="00B93B92" w:rsidSect="009719D0">
          <w:pgSz w:w="15840" w:h="12240" w:orient="landscape"/>
          <w:pgMar w:top="720" w:right="720" w:bottom="720" w:left="720" w:header="708" w:footer="708" w:gutter="0"/>
          <w:pgNumType w:start="9"/>
          <w:cols w:space="708"/>
          <w:docGrid w:linePitch="258"/>
        </w:sectPr>
      </w:pPr>
    </w:p>
    <w:p w14:paraId="249DE9E6" w14:textId="2675B583" w:rsidR="00B93B92" w:rsidRDefault="004571F8" w:rsidP="009719D0">
      <w:pPr>
        <w:tabs>
          <w:tab w:val="left" w:pos="3690"/>
        </w:tabs>
        <w:rPr>
          <w:sz w:val="22"/>
        </w:rPr>
      </w:pPr>
      <w:r>
        <w:rPr>
          <w:sz w:val="22"/>
        </w:rPr>
        <w:lastRenderedPageBreak/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</w:t>
      </w:r>
      <w:proofErr w:type="spellStart"/>
      <w:r>
        <w:rPr>
          <w:i/>
          <w:iCs/>
          <w:sz w:val="16"/>
          <w:szCs w:val="16"/>
        </w:rPr>
        <w:t>Załącznik</w:t>
      </w:r>
      <w:proofErr w:type="spellEnd"/>
      <w:r>
        <w:rPr>
          <w:i/>
          <w:iCs/>
          <w:sz w:val="16"/>
          <w:szCs w:val="16"/>
        </w:rPr>
        <w:t xml:space="preserve"> nr 3</w:t>
      </w:r>
    </w:p>
    <w:p w14:paraId="0C3DBD3E" w14:textId="3F815DF9" w:rsidR="004571F8" w:rsidRPr="00A10255" w:rsidRDefault="009719D0" w:rsidP="004571F8">
      <w:pPr>
        <w:rPr>
          <w:rFonts w:cs="Arial"/>
          <w:lang w:val="pl-PL"/>
        </w:rPr>
      </w:pPr>
      <w:r>
        <w:rPr>
          <w:sz w:val="22"/>
        </w:rPr>
        <w:tab/>
      </w:r>
    </w:p>
    <w:p w14:paraId="37919A1D" w14:textId="77777777" w:rsidR="004571F8" w:rsidRPr="00A10255" w:rsidRDefault="004571F8" w:rsidP="004571F8">
      <w:pPr>
        <w:jc w:val="center"/>
        <w:rPr>
          <w:rFonts w:cs="Arial"/>
          <w:lang w:val="pl-PL"/>
        </w:rPr>
      </w:pPr>
      <w:r w:rsidRPr="00A10255">
        <w:rPr>
          <w:rFonts w:cs="Arial"/>
          <w:b/>
          <w:sz w:val="28"/>
          <w:lang w:val="pl-PL"/>
        </w:rPr>
        <w:t>INFORMACJA / OPINIA CZŁONKA RODZINY</w:t>
      </w:r>
    </w:p>
    <w:p w14:paraId="67D212EA" w14:textId="77777777" w:rsidR="004571F8" w:rsidRPr="00A10255" w:rsidRDefault="004571F8" w:rsidP="004571F8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Imię i nazwisko członka rodziny</w:t>
      </w:r>
      <w:r>
        <w:rPr>
          <w:rFonts w:cs="Arial"/>
          <w:lang w:val="pl-PL"/>
        </w:rPr>
        <w:t xml:space="preserve">: </w:t>
      </w:r>
      <w:r w:rsidRPr="00A10255">
        <w:rPr>
          <w:rFonts w:cs="Arial"/>
          <w:lang w:val="pl-PL"/>
        </w:rPr>
        <w:t>............................</w:t>
      </w:r>
      <w:r>
        <w:rPr>
          <w:rFonts w:cs="Arial"/>
          <w:lang w:val="pl-PL"/>
        </w:rPr>
        <w:t>...................</w:t>
      </w:r>
      <w:r w:rsidRPr="00A10255">
        <w:rPr>
          <w:rFonts w:cs="Arial"/>
          <w:lang w:val="pl-PL"/>
        </w:rPr>
        <w:t>.................................................................................</w:t>
      </w:r>
    </w:p>
    <w:p w14:paraId="012C86AF" w14:textId="77777777" w:rsidR="004571F8" w:rsidRPr="00A10255" w:rsidRDefault="004571F8" w:rsidP="004571F8">
      <w:pPr>
        <w:spacing w:after="40" w:line="240" w:lineRule="auto"/>
        <w:rPr>
          <w:rFonts w:cs="Arial"/>
        </w:rPr>
      </w:pPr>
      <w:r w:rsidRPr="00A10255">
        <w:rPr>
          <w:rFonts w:cs="Arial"/>
          <w:lang w:val="pl-PL"/>
        </w:rPr>
        <w:t xml:space="preserve">Relacja do osoby korzystającej z usług: .................................................. </w:t>
      </w:r>
      <w:r w:rsidRPr="00A10255">
        <w:rPr>
          <w:rFonts w:cs="Arial"/>
        </w:rPr>
        <w:t>Data: ........................................................</w:t>
      </w:r>
    </w:p>
    <w:p w14:paraId="24379BBA" w14:textId="77777777" w:rsidR="004571F8" w:rsidRPr="00A10255" w:rsidRDefault="004571F8" w:rsidP="004571F8">
      <w:pPr>
        <w:spacing w:after="40" w:line="240" w:lineRule="auto"/>
        <w:rPr>
          <w:rFonts w:cs="Arial"/>
        </w:rPr>
      </w:pPr>
      <w:proofErr w:type="spellStart"/>
      <w:r w:rsidRPr="00A10255">
        <w:rPr>
          <w:rFonts w:cs="Arial"/>
        </w:rPr>
        <w:t>Podstawa</w:t>
      </w:r>
      <w:proofErr w:type="spellEnd"/>
      <w:r w:rsidRPr="00A10255">
        <w:rPr>
          <w:rFonts w:cs="Arial"/>
        </w:rPr>
        <w:t xml:space="preserve"> </w:t>
      </w:r>
      <w:proofErr w:type="spellStart"/>
      <w:r w:rsidRPr="00A10255">
        <w:rPr>
          <w:rFonts w:cs="Arial"/>
        </w:rPr>
        <w:t>wiedzy</w:t>
      </w:r>
      <w:proofErr w:type="spellEnd"/>
      <w:r w:rsidRPr="00A10255">
        <w:rPr>
          <w:rFonts w:cs="Arial"/>
        </w:rPr>
        <w:t xml:space="preserve"> o </w:t>
      </w:r>
      <w:proofErr w:type="spellStart"/>
      <w:r w:rsidRPr="00A10255">
        <w:rPr>
          <w:rFonts w:cs="Arial"/>
        </w:rPr>
        <w:t>realizacji</w:t>
      </w:r>
      <w:proofErr w:type="spellEnd"/>
      <w:r w:rsidRPr="00A10255">
        <w:rPr>
          <w:rFonts w:cs="Arial"/>
        </w:rPr>
        <w:t xml:space="preserve"> </w:t>
      </w:r>
      <w:proofErr w:type="spellStart"/>
      <w:r w:rsidRPr="00A10255">
        <w:rPr>
          <w:rFonts w:cs="Arial"/>
        </w:rPr>
        <w:t>usług</w:t>
      </w:r>
      <w:proofErr w:type="spellEnd"/>
      <w:r w:rsidRPr="00A10255">
        <w:rPr>
          <w:rFonts w:cs="Arial"/>
        </w:rPr>
        <w:t>: ..............................................................................................................................................</w:t>
      </w:r>
    </w:p>
    <w:tbl>
      <w:tblPr>
        <w:tblStyle w:val="Tabela-Siatka"/>
        <w:tblW w:w="10792" w:type="dxa"/>
        <w:jc w:val="center"/>
        <w:tblLook w:val="04A0" w:firstRow="1" w:lastRow="0" w:firstColumn="1" w:lastColumn="0" w:noHBand="0" w:noVBand="1"/>
      </w:tblPr>
      <w:tblGrid>
        <w:gridCol w:w="5396"/>
        <w:gridCol w:w="5396"/>
      </w:tblGrid>
      <w:tr w:rsidR="004571F8" w:rsidRPr="00A10255" w14:paraId="038478D5" w14:textId="77777777" w:rsidTr="00F210EE">
        <w:trPr>
          <w:trHeight w:val="332"/>
          <w:jc w:val="center"/>
        </w:trPr>
        <w:tc>
          <w:tcPr>
            <w:tcW w:w="5396" w:type="dxa"/>
            <w:vAlign w:val="center"/>
          </w:tcPr>
          <w:p w14:paraId="045DF23C" w14:textId="77777777" w:rsidR="004571F8" w:rsidRPr="00A10255" w:rsidRDefault="004571F8" w:rsidP="00F210EE">
            <w:pPr>
              <w:jc w:val="center"/>
              <w:rPr>
                <w:rFonts w:cs="Arial"/>
              </w:rPr>
            </w:pPr>
            <w:proofErr w:type="spellStart"/>
            <w:r w:rsidRPr="00A10255">
              <w:rPr>
                <w:rFonts w:cs="Arial"/>
                <w:b/>
                <w:sz w:val="16"/>
              </w:rPr>
              <w:t>Zakres</w:t>
            </w:r>
            <w:proofErr w:type="spellEnd"/>
            <w:r w:rsidRPr="00A10255">
              <w:rPr>
                <w:rFonts w:cs="Arial"/>
                <w:b/>
                <w:sz w:val="16"/>
              </w:rPr>
              <w:t xml:space="preserve"> </w:t>
            </w:r>
            <w:proofErr w:type="spellStart"/>
            <w:r w:rsidRPr="00A10255">
              <w:rPr>
                <w:rFonts w:cs="Arial"/>
                <w:b/>
                <w:sz w:val="16"/>
              </w:rPr>
              <w:t>opinii</w:t>
            </w:r>
            <w:proofErr w:type="spellEnd"/>
          </w:p>
        </w:tc>
        <w:tc>
          <w:tcPr>
            <w:tcW w:w="5396" w:type="dxa"/>
            <w:vAlign w:val="center"/>
          </w:tcPr>
          <w:p w14:paraId="2322A79A" w14:textId="77777777" w:rsidR="004571F8" w:rsidRPr="00A10255" w:rsidRDefault="004571F8" w:rsidP="00F210EE">
            <w:pPr>
              <w:jc w:val="center"/>
              <w:rPr>
                <w:rFonts w:cs="Arial"/>
              </w:rPr>
            </w:pPr>
            <w:proofErr w:type="spellStart"/>
            <w:r w:rsidRPr="00A10255">
              <w:rPr>
                <w:rFonts w:cs="Arial"/>
                <w:b/>
                <w:sz w:val="16"/>
              </w:rPr>
              <w:t>Ocena</w:t>
            </w:r>
            <w:proofErr w:type="spellEnd"/>
            <w:r w:rsidRPr="00A10255">
              <w:rPr>
                <w:rFonts w:cs="Arial"/>
                <w:b/>
                <w:sz w:val="16"/>
              </w:rPr>
              <w:t xml:space="preserve"> / </w:t>
            </w:r>
            <w:proofErr w:type="spellStart"/>
            <w:r w:rsidRPr="00A10255">
              <w:rPr>
                <w:rFonts w:cs="Arial"/>
                <w:b/>
                <w:sz w:val="16"/>
              </w:rPr>
              <w:t>informacja</w:t>
            </w:r>
            <w:proofErr w:type="spellEnd"/>
          </w:p>
        </w:tc>
      </w:tr>
      <w:tr w:rsidR="004571F8" w:rsidRPr="00251FF2" w14:paraId="1A28A10C" w14:textId="77777777" w:rsidTr="00F210EE">
        <w:trPr>
          <w:trHeight w:val="388"/>
          <w:jc w:val="center"/>
        </w:trPr>
        <w:tc>
          <w:tcPr>
            <w:tcW w:w="5396" w:type="dxa"/>
            <w:vAlign w:val="center"/>
          </w:tcPr>
          <w:p w14:paraId="0C1C2FDA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  <w:r w:rsidRPr="00A10255">
              <w:rPr>
                <w:rFonts w:cs="Arial"/>
                <w:sz w:val="16"/>
                <w:lang w:val="pl-PL"/>
              </w:rPr>
              <w:t>Czy usługi są faktycznie realizowane?</w:t>
            </w:r>
          </w:p>
        </w:tc>
        <w:tc>
          <w:tcPr>
            <w:tcW w:w="5396" w:type="dxa"/>
            <w:vAlign w:val="center"/>
          </w:tcPr>
          <w:p w14:paraId="30647D53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</w:p>
        </w:tc>
      </w:tr>
      <w:tr w:rsidR="004571F8" w:rsidRPr="00251FF2" w14:paraId="3E442200" w14:textId="77777777" w:rsidTr="00F210EE">
        <w:trPr>
          <w:trHeight w:val="388"/>
          <w:jc w:val="center"/>
        </w:trPr>
        <w:tc>
          <w:tcPr>
            <w:tcW w:w="5396" w:type="dxa"/>
            <w:vAlign w:val="center"/>
          </w:tcPr>
          <w:p w14:paraId="23B71AEC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  <w:r w:rsidRPr="00A10255">
              <w:rPr>
                <w:rFonts w:cs="Arial"/>
                <w:sz w:val="16"/>
                <w:lang w:val="pl-PL"/>
              </w:rPr>
              <w:t>Czy zakres i wymiar wsparcia odpowiadają potrzebom osoby?</w:t>
            </w:r>
          </w:p>
        </w:tc>
        <w:tc>
          <w:tcPr>
            <w:tcW w:w="5396" w:type="dxa"/>
            <w:vAlign w:val="center"/>
          </w:tcPr>
          <w:p w14:paraId="42908B7D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</w:p>
        </w:tc>
      </w:tr>
      <w:tr w:rsidR="004571F8" w:rsidRPr="00251FF2" w14:paraId="426A5301" w14:textId="77777777" w:rsidTr="00F210EE">
        <w:trPr>
          <w:trHeight w:val="416"/>
          <w:jc w:val="center"/>
        </w:trPr>
        <w:tc>
          <w:tcPr>
            <w:tcW w:w="5396" w:type="dxa"/>
            <w:vAlign w:val="center"/>
          </w:tcPr>
          <w:p w14:paraId="56D9253A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  <w:r w:rsidRPr="00A10255">
              <w:rPr>
                <w:rFonts w:cs="Arial"/>
                <w:sz w:val="16"/>
                <w:lang w:val="pl-PL"/>
              </w:rPr>
              <w:t>Czy występują problemy dotyczące terminowości lub rzetelności?</w:t>
            </w:r>
          </w:p>
        </w:tc>
        <w:tc>
          <w:tcPr>
            <w:tcW w:w="5396" w:type="dxa"/>
            <w:vAlign w:val="center"/>
          </w:tcPr>
          <w:p w14:paraId="637609FE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</w:p>
        </w:tc>
      </w:tr>
      <w:tr w:rsidR="004571F8" w:rsidRPr="00251FF2" w14:paraId="73BFE04A" w14:textId="77777777" w:rsidTr="00F210EE">
        <w:trPr>
          <w:trHeight w:val="665"/>
          <w:jc w:val="center"/>
        </w:trPr>
        <w:tc>
          <w:tcPr>
            <w:tcW w:w="5396" w:type="dxa"/>
            <w:vAlign w:val="center"/>
          </w:tcPr>
          <w:p w14:paraId="03FF1F44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  <w:r w:rsidRPr="00A10255">
              <w:rPr>
                <w:rFonts w:cs="Arial"/>
                <w:sz w:val="16"/>
                <w:lang w:val="pl-PL"/>
              </w:rPr>
              <w:t>Czy występują problemy dotyczące bezpieczeństwa, godności, intymności lub autonomii?</w:t>
            </w:r>
          </w:p>
        </w:tc>
        <w:tc>
          <w:tcPr>
            <w:tcW w:w="5396" w:type="dxa"/>
            <w:vAlign w:val="center"/>
          </w:tcPr>
          <w:p w14:paraId="6D5F1545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</w:p>
        </w:tc>
      </w:tr>
      <w:tr w:rsidR="004571F8" w:rsidRPr="00251FF2" w14:paraId="3EA705D3" w14:textId="77777777" w:rsidTr="00F210EE">
        <w:trPr>
          <w:trHeight w:val="388"/>
          <w:jc w:val="center"/>
        </w:trPr>
        <w:tc>
          <w:tcPr>
            <w:tcW w:w="5396" w:type="dxa"/>
            <w:vAlign w:val="center"/>
          </w:tcPr>
          <w:p w14:paraId="230C6A33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  <w:r w:rsidRPr="00A10255">
              <w:rPr>
                <w:rFonts w:cs="Arial"/>
                <w:sz w:val="16"/>
                <w:lang w:val="pl-PL"/>
              </w:rPr>
              <w:t>Czy zgłaszano nieprawidłowości dotyczące świadczenia usług?</w:t>
            </w:r>
          </w:p>
        </w:tc>
        <w:tc>
          <w:tcPr>
            <w:tcW w:w="5396" w:type="dxa"/>
            <w:vAlign w:val="center"/>
          </w:tcPr>
          <w:p w14:paraId="2E52EEFC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</w:p>
        </w:tc>
      </w:tr>
      <w:tr w:rsidR="004571F8" w:rsidRPr="00251FF2" w14:paraId="603A3FD5" w14:textId="77777777" w:rsidTr="00F210EE">
        <w:trPr>
          <w:trHeight w:val="388"/>
          <w:jc w:val="center"/>
        </w:trPr>
        <w:tc>
          <w:tcPr>
            <w:tcW w:w="5396" w:type="dxa"/>
            <w:vAlign w:val="center"/>
          </w:tcPr>
          <w:p w14:paraId="2897460C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  <w:r w:rsidRPr="00A10255">
              <w:rPr>
                <w:rFonts w:cs="Arial"/>
                <w:sz w:val="16"/>
                <w:lang w:val="pl-PL"/>
              </w:rPr>
              <w:t>Inne informacje mające znaczenie dla oceny realizacji usług</w:t>
            </w:r>
          </w:p>
        </w:tc>
        <w:tc>
          <w:tcPr>
            <w:tcW w:w="5396" w:type="dxa"/>
            <w:vAlign w:val="center"/>
          </w:tcPr>
          <w:p w14:paraId="4E66FE65" w14:textId="77777777" w:rsidR="004571F8" w:rsidRPr="00A10255" w:rsidRDefault="004571F8" w:rsidP="00F210EE">
            <w:pPr>
              <w:rPr>
                <w:rFonts w:cs="Arial"/>
                <w:lang w:val="pl-PL"/>
              </w:rPr>
            </w:pPr>
          </w:p>
        </w:tc>
      </w:tr>
    </w:tbl>
    <w:p w14:paraId="35AFB1BC" w14:textId="77777777" w:rsidR="004571F8" w:rsidRDefault="004571F8" w:rsidP="004571F8">
      <w:pPr>
        <w:spacing w:after="40" w:line="240" w:lineRule="auto"/>
        <w:rPr>
          <w:rFonts w:cs="Arial"/>
          <w:lang w:val="pl-PL"/>
        </w:rPr>
      </w:pPr>
    </w:p>
    <w:p w14:paraId="30424D98" w14:textId="77777777" w:rsidR="004571F8" w:rsidRPr="00A10255" w:rsidRDefault="004571F8" w:rsidP="004571F8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Uwaga: formularz stosuje się wobec członka rodziny posiadającego wiedzę na temat realizacji usług; rozporządzenie nie ustanawia minimalnej częstotliwości pozyskiwania takiej opinii.</w:t>
      </w:r>
    </w:p>
    <w:p w14:paraId="7AA780F4" w14:textId="77777777" w:rsidR="004571F8" w:rsidRPr="00A10255" w:rsidRDefault="004571F8" w:rsidP="004571F8">
      <w:pPr>
        <w:rPr>
          <w:rFonts w:cs="Arial"/>
          <w:lang w:val="pl-PL"/>
        </w:rPr>
      </w:pPr>
      <w:r w:rsidRPr="00A10255">
        <w:rPr>
          <w:rFonts w:cs="Arial"/>
          <w:lang w:val="pl-PL"/>
        </w:rPr>
        <w:br w:type="page"/>
      </w:r>
    </w:p>
    <w:p w14:paraId="55BF7C72" w14:textId="59378DE1" w:rsidR="004571F8" w:rsidRDefault="004571F8" w:rsidP="004571F8">
      <w:pPr>
        <w:jc w:val="center"/>
        <w:rPr>
          <w:rFonts w:cs="Arial"/>
          <w:b/>
          <w:sz w:val="28"/>
          <w:lang w:val="pl-PL"/>
        </w:rPr>
      </w:pPr>
      <w:r>
        <w:rPr>
          <w:rFonts w:cs="Arial"/>
          <w:b/>
          <w:sz w:val="28"/>
          <w:lang w:val="pl-PL"/>
        </w:rPr>
        <w:lastRenderedPageBreak/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</w:r>
      <w:r>
        <w:rPr>
          <w:rFonts w:cs="Arial"/>
          <w:b/>
          <w:sz w:val="28"/>
          <w:lang w:val="pl-PL"/>
        </w:rPr>
        <w:tab/>
        <w:t xml:space="preserve">                </w:t>
      </w:r>
      <w:proofErr w:type="spellStart"/>
      <w:r>
        <w:rPr>
          <w:i/>
          <w:iCs/>
          <w:sz w:val="16"/>
          <w:szCs w:val="16"/>
        </w:rPr>
        <w:t>Załącznik</w:t>
      </w:r>
      <w:proofErr w:type="spellEnd"/>
      <w:r>
        <w:rPr>
          <w:i/>
          <w:iCs/>
          <w:sz w:val="16"/>
          <w:szCs w:val="16"/>
        </w:rPr>
        <w:t xml:space="preserve"> nr 4</w:t>
      </w:r>
    </w:p>
    <w:p w14:paraId="070B0E73" w14:textId="0E4A5C31" w:rsidR="004571F8" w:rsidRPr="00A10255" w:rsidRDefault="004571F8" w:rsidP="004571F8">
      <w:pPr>
        <w:jc w:val="center"/>
        <w:rPr>
          <w:rFonts w:cs="Arial"/>
          <w:lang w:val="pl-PL"/>
        </w:rPr>
      </w:pPr>
      <w:r w:rsidRPr="00A10255">
        <w:rPr>
          <w:rFonts w:cs="Arial"/>
          <w:b/>
          <w:sz w:val="28"/>
          <w:lang w:val="pl-PL"/>
        </w:rPr>
        <w:t>ARKUSZ BIEŻĄCEJ ANALIZY INFORMACJI O REALIZACJI USŁUG</w:t>
      </w:r>
    </w:p>
    <w:p w14:paraId="4E36045A" w14:textId="77777777" w:rsidR="004571F8" w:rsidRDefault="004571F8" w:rsidP="004571F8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Okres analizy: od ................................ do ................................   </w:t>
      </w:r>
    </w:p>
    <w:p w14:paraId="0951E1D7" w14:textId="77777777" w:rsidR="004571F8" w:rsidRPr="00A10255" w:rsidRDefault="004571F8" w:rsidP="004571F8">
      <w:pPr>
        <w:spacing w:after="40" w:line="240" w:lineRule="auto"/>
        <w:rPr>
          <w:rFonts w:cs="Arial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435"/>
        <w:gridCol w:w="3433"/>
        <w:gridCol w:w="3434"/>
      </w:tblGrid>
      <w:tr w:rsidR="004571F8" w:rsidRPr="00A10255" w14:paraId="1F9D6B4E" w14:textId="77777777" w:rsidTr="00F210EE">
        <w:trPr>
          <w:jc w:val="center"/>
        </w:trPr>
        <w:tc>
          <w:tcPr>
            <w:tcW w:w="3437" w:type="dxa"/>
            <w:vAlign w:val="center"/>
          </w:tcPr>
          <w:p w14:paraId="2551B339" w14:textId="77777777" w:rsidR="004571F8" w:rsidRPr="00A10255" w:rsidRDefault="004571F8" w:rsidP="00F210EE">
            <w:pPr>
              <w:jc w:val="center"/>
              <w:rPr>
                <w:rFonts w:cs="Arial"/>
              </w:rPr>
            </w:pPr>
            <w:r w:rsidRPr="00A10255">
              <w:rPr>
                <w:rFonts w:cs="Arial"/>
                <w:b/>
                <w:sz w:val="15"/>
              </w:rPr>
              <w:t xml:space="preserve">Element </w:t>
            </w:r>
            <w:proofErr w:type="spellStart"/>
            <w:r w:rsidRPr="00A10255">
              <w:rPr>
                <w:rFonts w:cs="Arial"/>
                <w:b/>
                <w:sz w:val="15"/>
              </w:rPr>
              <w:t>analizy</w:t>
            </w:r>
            <w:proofErr w:type="spellEnd"/>
          </w:p>
        </w:tc>
        <w:tc>
          <w:tcPr>
            <w:tcW w:w="3437" w:type="dxa"/>
            <w:vAlign w:val="center"/>
          </w:tcPr>
          <w:p w14:paraId="4A555B70" w14:textId="77777777" w:rsidR="004571F8" w:rsidRPr="00A10255" w:rsidRDefault="004571F8" w:rsidP="00F210EE">
            <w:pPr>
              <w:jc w:val="center"/>
              <w:rPr>
                <w:rFonts w:cs="Arial"/>
              </w:rPr>
            </w:pPr>
            <w:proofErr w:type="spellStart"/>
            <w:r w:rsidRPr="00A10255">
              <w:rPr>
                <w:rFonts w:cs="Arial"/>
                <w:b/>
                <w:sz w:val="15"/>
              </w:rPr>
              <w:t>Ustalenia</w:t>
            </w:r>
            <w:proofErr w:type="spellEnd"/>
          </w:p>
        </w:tc>
        <w:tc>
          <w:tcPr>
            <w:tcW w:w="3437" w:type="dxa"/>
            <w:vAlign w:val="center"/>
          </w:tcPr>
          <w:p w14:paraId="47A1A756" w14:textId="77777777" w:rsidR="004571F8" w:rsidRPr="00A10255" w:rsidRDefault="004571F8" w:rsidP="00F210EE">
            <w:pPr>
              <w:jc w:val="center"/>
              <w:rPr>
                <w:rFonts w:cs="Arial"/>
              </w:rPr>
            </w:pPr>
            <w:proofErr w:type="spellStart"/>
            <w:r w:rsidRPr="00A10255">
              <w:rPr>
                <w:rFonts w:cs="Arial"/>
                <w:b/>
                <w:sz w:val="15"/>
              </w:rPr>
              <w:t>Czy</w:t>
            </w:r>
            <w:proofErr w:type="spellEnd"/>
            <w:r w:rsidRPr="00A10255">
              <w:rPr>
                <w:rFonts w:cs="Arial"/>
                <w:b/>
                <w:sz w:val="15"/>
              </w:rPr>
              <w:t xml:space="preserve"> </w:t>
            </w:r>
            <w:proofErr w:type="spellStart"/>
            <w:r w:rsidRPr="00A10255">
              <w:rPr>
                <w:rFonts w:cs="Arial"/>
                <w:b/>
                <w:sz w:val="15"/>
              </w:rPr>
              <w:t>wymaga</w:t>
            </w:r>
            <w:proofErr w:type="spellEnd"/>
            <w:r w:rsidRPr="00A10255">
              <w:rPr>
                <w:rFonts w:cs="Arial"/>
                <w:b/>
                <w:sz w:val="15"/>
              </w:rPr>
              <w:t xml:space="preserve"> </w:t>
            </w:r>
            <w:proofErr w:type="spellStart"/>
            <w:r w:rsidRPr="00A10255">
              <w:rPr>
                <w:rFonts w:cs="Arial"/>
                <w:b/>
                <w:sz w:val="15"/>
              </w:rPr>
              <w:t>wyjaśnienia</w:t>
            </w:r>
            <w:proofErr w:type="spellEnd"/>
            <w:r w:rsidRPr="00A10255">
              <w:rPr>
                <w:rFonts w:cs="Arial"/>
                <w:b/>
                <w:sz w:val="15"/>
              </w:rPr>
              <w:t>?</w:t>
            </w:r>
          </w:p>
        </w:tc>
      </w:tr>
      <w:tr w:rsidR="004571F8" w:rsidRPr="00A10255" w14:paraId="66DAE7C8" w14:textId="77777777" w:rsidTr="00F210EE">
        <w:trPr>
          <w:trHeight w:val="667"/>
          <w:jc w:val="center"/>
        </w:trPr>
        <w:tc>
          <w:tcPr>
            <w:tcW w:w="3437" w:type="dxa"/>
            <w:vAlign w:val="center"/>
          </w:tcPr>
          <w:p w14:paraId="752A59BD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proofErr w:type="spellStart"/>
            <w:r w:rsidRPr="004571F8">
              <w:rPr>
                <w:rFonts w:cs="Arial"/>
                <w:sz w:val="20"/>
                <w:szCs w:val="32"/>
              </w:rPr>
              <w:t>Zakres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faktycznie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realizowanych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czynności</w:t>
            </w:r>
            <w:proofErr w:type="spellEnd"/>
          </w:p>
        </w:tc>
        <w:tc>
          <w:tcPr>
            <w:tcW w:w="3437" w:type="dxa"/>
            <w:vAlign w:val="center"/>
          </w:tcPr>
          <w:p w14:paraId="74C18FA8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cs="Arial"/>
                <w:sz w:val="20"/>
                <w:szCs w:val="32"/>
              </w:rPr>
              <w:t xml:space="preserve"> </w:t>
            </w:r>
          </w:p>
        </w:tc>
        <w:tc>
          <w:tcPr>
            <w:tcW w:w="3437" w:type="dxa"/>
            <w:vAlign w:val="center"/>
          </w:tcPr>
          <w:p w14:paraId="40B124BB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  <w:tr w:rsidR="004571F8" w:rsidRPr="00A10255" w14:paraId="7866422D" w14:textId="77777777" w:rsidTr="00F210EE">
        <w:trPr>
          <w:trHeight w:val="691"/>
          <w:jc w:val="center"/>
        </w:trPr>
        <w:tc>
          <w:tcPr>
            <w:tcW w:w="3437" w:type="dxa"/>
            <w:vAlign w:val="center"/>
          </w:tcPr>
          <w:p w14:paraId="76FAD94A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proofErr w:type="spellStart"/>
            <w:r w:rsidRPr="004571F8">
              <w:rPr>
                <w:rFonts w:cs="Arial"/>
                <w:sz w:val="20"/>
                <w:szCs w:val="32"/>
              </w:rPr>
              <w:t>Wymiar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faktycznie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zrealizowanych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usług</w:t>
            </w:r>
            <w:proofErr w:type="spellEnd"/>
          </w:p>
        </w:tc>
        <w:tc>
          <w:tcPr>
            <w:tcW w:w="3437" w:type="dxa"/>
            <w:vAlign w:val="center"/>
          </w:tcPr>
          <w:p w14:paraId="106EF2D5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</w:p>
        </w:tc>
        <w:tc>
          <w:tcPr>
            <w:tcW w:w="3437" w:type="dxa"/>
            <w:vAlign w:val="center"/>
          </w:tcPr>
          <w:p w14:paraId="0B668E1A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  <w:tr w:rsidR="004571F8" w:rsidRPr="00A10255" w14:paraId="11E03118" w14:textId="77777777" w:rsidTr="00F210EE">
        <w:trPr>
          <w:trHeight w:val="701"/>
          <w:jc w:val="center"/>
        </w:trPr>
        <w:tc>
          <w:tcPr>
            <w:tcW w:w="3437" w:type="dxa"/>
            <w:vAlign w:val="center"/>
          </w:tcPr>
          <w:p w14:paraId="0605A42C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proofErr w:type="spellStart"/>
            <w:r w:rsidRPr="004571F8">
              <w:rPr>
                <w:rFonts w:cs="Arial"/>
                <w:sz w:val="20"/>
                <w:szCs w:val="32"/>
              </w:rPr>
              <w:t>Liczba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niezrealizowanych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godzin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usług</w:t>
            </w:r>
            <w:proofErr w:type="spellEnd"/>
          </w:p>
        </w:tc>
        <w:tc>
          <w:tcPr>
            <w:tcW w:w="3437" w:type="dxa"/>
            <w:vAlign w:val="center"/>
          </w:tcPr>
          <w:p w14:paraId="2177EE26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</w:p>
        </w:tc>
        <w:tc>
          <w:tcPr>
            <w:tcW w:w="3437" w:type="dxa"/>
            <w:vAlign w:val="center"/>
          </w:tcPr>
          <w:p w14:paraId="10F7EA32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  <w:tr w:rsidR="004571F8" w:rsidRPr="00A10255" w14:paraId="3248D932" w14:textId="77777777" w:rsidTr="00F210EE">
        <w:trPr>
          <w:trHeight w:val="711"/>
          <w:jc w:val="center"/>
        </w:trPr>
        <w:tc>
          <w:tcPr>
            <w:tcW w:w="3437" w:type="dxa"/>
            <w:vAlign w:val="center"/>
          </w:tcPr>
          <w:p w14:paraId="60C830A5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proofErr w:type="spellStart"/>
            <w:r w:rsidRPr="004571F8">
              <w:rPr>
                <w:rFonts w:cs="Arial"/>
                <w:sz w:val="20"/>
                <w:szCs w:val="32"/>
              </w:rPr>
              <w:t>Zmiany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osób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wykonujących</w:t>
            </w:r>
            <w:proofErr w:type="spellEnd"/>
            <w:r w:rsidRPr="004571F8">
              <w:rPr>
                <w:rFonts w:cs="Arial"/>
                <w:sz w:val="20"/>
                <w:szCs w:val="32"/>
              </w:rPr>
              <w:t xml:space="preserve"> </w:t>
            </w:r>
            <w:proofErr w:type="spellStart"/>
            <w:r w:rsidRPr="004571F8">
              <w:rPr>
                <w:rFonts w:cs="Arial"/>
                <w:sz w:val="20"/>
                <w:szCs w:val="32"/>
              </w:rPr>
              <w:t>usługi</w:t>
            </w:r>
            <w:proofErr w:type="spellEnd"/>
          </w:p>
        </w:tc>
        <w:tc>
          <w:tcPr>
            <w:tcW w:w="3437" w:type="dxa"/>
            <w:vAlign w:val="center"/>
          </w:tcPr>
          <w:p w14:paraId="7AFF1C5B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</w:p>
        </w:tc>
        <w:tc>
          <w:tcPr>
            <w:tcW w:w="3437" w:type="dxa"/>
            <w:vAlign w:val="center"/>
          </w:tcPr>
          <w:p w14:paraId="27EFB6E9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  <w:tr w:rsidR="004571F8" w:rsidRPr="00A10255" w14:paraId="788CC82C" w14:textId="77777777" w:rsidTr="00F210EE">
        <w:trPr>
          <w:trHeight w:val="835"/>
          <w:jc w:val="center"/>
        </w:trPr>
        <w:tc>
          <w:tcPr>
            <w:tcW w:w="3437" w:type="dxa"/>
            <w:vAlign w:val="center"/>
          </w:tcPr>
          <w:p w14:paraId="2FC110C2" w14:textId="77777777" w:rsidR="004571F8" w:rsidRPr="004571F8" w:rsidRDefault="004571F8" w:rsidP="00F210EE">
            <w:pPr>
              <w:rPr>
                <w:rFonts w:cs="Arial"/>
                <w:sz w:val="20"/>
                <w:szCs w:val="32"/>
                <w:lang w:val="pl-PL"/>
              </w:rPr>
            </w:pPr>
            <w:r w:rsidRPr="004571F8">
              <w:rPr>
                <w:rFonts w:cs="Arial"/>
                <w:sz w:val="20"/>
                <w:szCs w:val="32"/>
                <w:lang w:val="pl-PL"/>
              </w:rPr>
              <w:t>Liczba skarg dotyczących nieprawidłowego świadczenia usług</w:t>
            </w:r>
          </w:p>
        </w:tc>
        <w:tc>
          <w:tcPr>
            <w:tcW w:w="3437" w:type="dxa"/>
            <w:vAlign w:val="center"/>
          </w:tcPr>
          <w:p w14:paraId="1CACA1CB" w14:textId="77777777" w:rsidR="004571F8" w:rsidRPr="004571F8" w:rsidRDefault="004571F8" w:rsidP="00F210EE">
            <w:pPr>
              <w:rPr>
                <w:rFonts w:cs="Arial"/>
                <w:sz w:val="20"/>
                <w:szCs w:val="32"/>
                <w:lang w:val="pl-PL"/>
              </w:rPr>
            </w:pPr>
          </w:p>
        </w:tc>
        <w:tc>
          <w:tcPr>
            <w:tcW w:w="3437" w:type="dxa"/>
            <w:vAlign w:val="center"/>
          </w:tcPr>
          <w:p w14:paraId="25C7AEE2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  <w:tr w:rsidR="004571F8" w:rsidRPr="00A10255" w14:paraId="5DA35942" w14:textId="77777777" w:rsidTr="00F210EE">
        <w:trPr>
          <w:trHeight w:val="691"/>
          <w:jc w:val="center"/>
        </w:trPr>
        <w:tc>
          <w:tcPr>
            <w:tcW w:w="3437" w:type="dxa"/>
            <w:vAlign w:val="center"/>
          </w:tcPr>
          <w:p w14:paraId="4BE84967" w14:textId="77777777" w:rsidR="004571F8" w:rsidRPr="004571F8" w:rsidRDefault="004571F8" w:rsidP="00F210EE">
            <w:pPr>
              <w:rPr>
                <w:rFonts w:cs="Arial"/>
                <w:sz w:val="20"/>
                <w:szCs w:val="32"/>
                <w:lang w:val="pl-PL"/>
              </w:rPr>
            </w:pPr>
            <w:r w:rsidRPr="004571F8">
              <w:rPr>
                <w:rFonts w:cs="Arial"/>
                <w:sz w:val="20"/>
                <w:szCs w:val="32"/>
                <w:lang w:val="pl-PL"/>
              </w:rPr>
              <w:t>Liczba innych zgłoszeń, w tym anonimowych</w:t>
            </w:r>
          </w:p>
        </w:tc>
        <w:tc>
          <w:tcPr>
            <w:tcW w:w="3437" w:type="dxa"/>
            <w:vAlign w:val="center"/>
          </w:tcPr>
          <w:p w14:paraId="2954D35B" w14:textId="77777777" w:rsidR="004571F8" w:rsidRPr="004571F8" w:rsidRDefault="004571F8" w:rsidP="00F210EE">
            <w:pPr>
              <w:rPr>
                <w:rFonts w:cs="Arial"/>
                <w:sz w:val="20"/>
                <w:szCs w:val="32"/>
                <w:lang w:val="pl-PL"/>
              </w:rPr>
            </w:pPr>
          </w:p>
        </w:tc>
        <w:tc>
          <w:tcPr>
            <w:tcW w:w="3437" w:type="dxa"/>
            <w:vAlign w:val="center"/>
          </w:tcPr>
          <w:p w14:paraId="363D02DB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  <w:tr w:rsidR="004571F8" w:rsidRPr="00A10255" w14:paraId="0E7DD733" w14:textId="77777777" w:rsidTr="00F210EE">
        <w:trPr>
          <w:trHeight w:val="971"/>
          <w:jc w:val="center"/>
        </w:trPr>
        <w:tc>
          <w:tcPr>
            <w:tcW w:w="3437" w:type="dxa"/>
            <w:vAlign w:val="center"/>
          </w:tcPr>
          <w:p w14:paraId="5EA420AD" w14:textId="77777777" w:rsidR="004571F8" w:rsidRPr="004571F8" w:rsidRDefault="004571F8" w:rsidP="00F210EE">
            <w:pPr>
              <w:rPr>
                <w:rFonts w:cs="Arial"/>
                <w:sz w:val="20"/>
                <w:szCs w:val="32"/>
                <w:lang w:val="pl-PL"/>
              </w:rPr>
            </w:pPr>
            <w:r w:rsidRPr="004571F8">
              <w:rPr>
                <w:rFonts w:cs="Arial"/>
                <w:sz w:val="20"/>
                <w:szCs w:val="32"/>
                <w:lang w:val="pl-PL"/>
              </w:rPr>
              <w:t>Informacje potwierdzające sposób realizacji usług, w tym potwierdzenia wykonanych czynności</w:t>
            </w:r>
          </w:p>
        </w:tc>
        <w:tc>
          <w:tcPr>
            <w:tcW w:w="3437" w:type="dxa"/>
            <w:vAlign w:val="center"/>
          </w:tcPr>
          <w:p w14:paraId="598675AC" w14:textId="77777777" w:rsidR="004571F8" w:rsidRPr="004571F8" w:rsidRDefault="004571F8" w:rsidP="00F210EE">
            <w:pPr>
              <w:rPr>
                <w:rFonts w:cs="Arial"/>
                <w:sz w:val="20"/>
                <w:szCs w:val="32"/>
                <w:lang w:val="pl-PL"/>
              </w:rPr>
            </w:pPr>
          </w:p>
        </w:tc>
        <w:tc>
          <w:tcPr>
            <w:tcW w:w="3437" w:type="dxa"/>
            <w:vAlign w:val="center"/>
          </w:tcPr>
          <w:p w14:paraId="165D25BF" w14:textId="77777777" w:rsidR="004571F8" w:rsidRPr="004571F8" w:rsidRDefault="004571F8" w:rsidP="00F210EE">
            <w:pPr>
              <w:rPr>
                <w:rFonts w:cs="Arial"/>
                <w:sz w:val="20"/>
                <w:szCs w:val="32"/>
              </w:rPr>
            </w:pP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TAK </w:t>
            </w:r>
            <w:r w:rsidRPr="004571F8">
              <w:rPr>
                <w:rFonts w:ascii="MS Gothic" w:eastAsia="MS Gothic" w:hAnsi="MS Gothic" w:cs="MS Gothic" w:hint="eastAsia"/>
                <w:sz w:val="20"/>
                <w:szCs w:val="32"/>
              </w:rPr>
              <w:t>☐</w:t>
            </w:r>
            <w:r w:rsidRPr="004571F8">
              <w:rPr>
                <w:rFonts w:cs="Arial"/>
                <w:sz w:val="20"/>
                <w:szCs w:val="32"/>
              </w:rPr>
              <w:t xml:space="preserve"> NIE</w:t>
            </w:r>
          </w:p>
        </w:tc>
      </w:tr>
    </w:tbl>
    <w:p w14:paraId="0CB56598" w14:textId="77777777" w:rsidR="004571F8" w:rsidRDefault="004571F8" w:rsidP="004571F8">
      <w:pPr>
        <w:spacing w:after="40" w:line="240" w:lineRule="auto"/>
        <w:rPr>
          <w:rFonts w:cs="Arial"/>
        </w:rPr>
      </w:pPr>
    </w:p>
    <w:p w14:paraId="26073630" w14:textId="77777777" w:rsidR="004571F8" w:rsidRDefault="004571F8" w:rsidP="004571F8">
      <w:pPr>
        <w:spacing w:after="40" w:line="240" w:lineRule="auto"/>
        <w:rPr>
          <w:rFonts w:cs="Arial"/>
        </w:rPr>
      </w:pPr>
      <w:proofErr w:type="spellStart"/>
      <w:r w:rsidRPr="00A10255">
        <w:rPr>
          <w:rFonts w:cs="Arial"/>
        </w:rPr>
        <w:t>Wyjaśnienia</w:t>
      </w:r>
      <w:proofErr w:type="spellEnd"/>
      <w:r w:rsidRPr="00A10255">
        <w:rPr>
          <w:rFonts w:cs="Arial"/>
        </w:rPr>
        <w:t xml:space="preserve"> / </w:t>
      </w:r>
      <w:proofErr w:type="spellStart"/>
      <w:r w:rsidRPr="00A10255">
        <w:rPr>
          <w:rFonts w:cs="Arial"/>
        </w:rPr>
        <w:t>podjęte</w:t>
      </w:r>
      <w:proofErr w:type="spellEnd"/>
      <w:r w:rsidRPr="00A10255">
        <w:rPr>
          <w:rFonts w:cs="Arial"/>
        </w:rPr>
        <w:t xml:space="preserve"> </w:t>
      </w:r>
      <w:proofErr w:type="spellStart"/>
      <w:r w:rsidRPr="00A10255">
        <w:rPr>
          <w:rFonts w:cs="Arial"/>
        </w:rPr>
        <w:t>czynności</w:t>
      </w:r>
      <w:proofErr w:type="spellEnd"/>
      <w:r w:rsidRPr="00A10255">
        <w:rPr>
          <w:rFonts w:cs="Arial"/>
        </w:rPr>
        <w:t xml:space="preserve">: </w:t>
      </w:r>
    </w:p>
    <w:p w14:paraId="7DB68B3A" w14:textId="77777777" w:rsidR="004571F8" w:rsidRDefault="004571F8" w:rsidP="004571F8">
      <w:pPr>
        <w:spacing w:after="40" w:line="240" w:lineRule="auto"/>
        <w:rPr>
          <w:rFonts w:cs="Arial"/>
        </w:rPr>
      </w:pPr>
      <w:r w:rsidRPr="00A10255">
        <w:rPr>
          <w:rFonts w:cs="Arial"/>
        </w:rPr>
        <w:t>........................................................................................................</w:t>
      </w:r>
      <w:r>
        <w:rPr>
          <w:rFonts w:cs="Arial"/>
        </w:rPr>
        <w:t>.................................................</w:t>
      </w:r>
      <w:r w:rsidRPr="00A10255">
        <w:rPr>
          <w:rFonts w:cs="Arial"/>
        </w:rPr>
        <w:t>..........................................</w:t>
      </w:r>
    </w:p>
    <w:p w14:paraId="5F082E53" w14:textId="77777777" w:rsidR="004571F8" w:rsidRPr="00A10255" w:rsidRDefault="004571F8" w:rsidP="004571F8">
      <w:pPr>
        <w:spacing w:after="40" w:line="240" w:lineRule="auto"/>
        <w:rPr>
          <w:rFonts w:cs="Arial"/>
        </w:rPr>
      </w:pPr>
      <w:r w:rsidRPr="00A10255">
        <w:rPr>
          <w:rFonts w:cs="Arial"/>
        </w:rPr>
        <w:t>........................................................................................................</w:t>
      </w:r>
      <w:r>
        <w:rPr>
          <w:rFonts w:cs="Arial"/>
        </w:rPr>
        <w:t>.................................................</w:t>
      </w:r>
      <w:r w:rsidRPr="00A10255">
        <w:rPr>
          <w:rFonts w:cs="Arial"/>
        </w:rPr>
        <w:t>..........................................</w:t>
      </w:r>
    </w:p>
    <w:p w14:paraId="57E6028A" w14:textId="77777777" w:rsidR="004571F8" w:rsidRPr="00A10255" w:rsidRDefault="004571F8" w:rsidP="004571F8">
      <w:pPr>
        <w:spacing w:after="40" w:line="240" w:lineRule="auto"/>
        <w:rPr>
          <w:rFonts w:cs="Arial"/>
        </w:rPr>
      </w:pPr>
      <w:r w:rsidRPr="00A10255">
        <w:rPr>
          <w:rFonts w:cs="Arial"/>
        </w:rPr>
        <w:t>....................................................................................................</w:t>
      </w:r>
      <w:r>
        <w:rPr>
          <w:rFonts w:cs="Arial"/>
        </w:rPr>
        <w:t>.................................................</w:t>
      </w:r>
      <w:r w:rsidRPr="00A10255">
        <w:rPr>
          <w:rFonts w:cs="Arial"/>
        </w:rPr>
        <w:t>..............................................</w:t>
      </w:r>
    </w:p>
    <w:p w14:paraId="2DFC408D" w14:textId="77777777" w:rsidR="004571F8" w:rsidRPr="00A10255" w:rsidRDefault="004571F8" w:rsidP="004571F8">
      <w:pPr>
        <w:spacing w:after="40" w:line="240" w:lineRule="auto"/>
        <w:rPr>
          <w:rFonts w:cs="Arial"/>
        </w:rPr>
      </w:pPr>
    </w:p>
    <w:p w14:paraId="41452196" w14:textId="77777777" w:rsidR="004571F8" w:rsidRPr="00A10255" w:rsidRDefault="004571F8" w:rsidP="004571F8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Wnioski do oceny świadczenia usług: ..........................................................................................................................................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</w:t>
      </w:r>
      <w:r w:rsidRPr="00A10255">
        <w:rPr>
          <w:rFonts w:cs="Arial"/>
          <w:lang w:val="pl-PL"/>
        </w:rPr>
        <w:t>.</w:t>
      </w:r>
      <w:r w:rsidRPr="004571F8">
        <w:rPr>
          <w:rFonts w:cs="Arial"/>
          <w:lang w:val="pl-PL"/>
        </w:rPr>
        <w:t xml:space="preserve"> </w:t>
      </w:r>
      <w:r w:rsidRPr="00A10255">
        <w:rPr>
          <w:rFonts w:cs="Arial"/>
          <w:lang w:val="pl-PL"/>
        </w:rPr>
        <w:t>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</w:t>
      </w:r>
      <w:r w:rsidRPr="00A10255">
        <w:rPr>
          <w:rFonts w:cs="Arial"/>
          <w:lang w:val="pl-PL"/>
        </w:rPr>
        <w:t>.............................</w:t>
      </w:r>
    </w:p>
    <w:p w14:paraId="37CE8F4B" w14:textId="74F363AB" w:rsidR="004571F8" w:rsidRPr="00A10255" w:rsidRDefault="004571F8" w:rsidP="004571F8">
      <w:pPr>
        <w:rPr>
          <w:rFonts w:cs="Arial"/>
          <w:lang w:val="pl-PL"/>
        </w:rPr>
      </w:pPr>
    </w:p>
    <w:p w14:paraId="53D84218" w14:textId="0A5BF735" w:rsidR="00641557" w:rsidRPr="00A10255" w:rsidRDefault="00641557">
      <w:pPr>
        <w:spacing w:after="40" w:line="240" w:lineRule="auto"/>
        <w:rPr>
          <w:rFonts w:cs="Arial"/>
          <w:lang w:val="pl-PL"/>
        </w:rPr>
      </w:pPr>
    </w:p>
    <w:p w14:paraId="5FA36036" w14:textId="54476734" w:rsidR="00FE5260" w:rsidRPr="00A10255" w:rsidRDefault="0080110A" w:rsidP="00FE5260">
      <w:pPr>
        <w:rPr>
          <w:rFonts w:cs="Arial"/>
          <w:lang w:val="pl-PL"/>
        </w:rPr>
      </w:pPr>
      <w:r w:rsidRPr="00A10255">
        <w:rPr>
          <w:rFonts w:cs="Arial"/>
          <w:lang w:val="pl-PL"/>
        </w:rPr>
        <w:br w:type="page"/>
      </w:r>
    </w:p>
    <w:p w14:paraId="506B1B11" w14:textId="092F3621" w:rsidR="006C5A23" w:rsidRDefault="006C5A23" w:rsidP="006C5A23">
      <w:pPr>
        <w:ind w:left="8640"/>
        <w:jc w:val="center"/>
        <w:rPr>
          <w:rFonts w:cs="Arial"/>
          <w:b/>
          <w:sz w:val="28"/>
          <w:lang w:val="pl-PL"/>
        </w:rPr>
      </w:pPr>
      <w:r>
        <w:rPr>
          <w:i/>
          <w:iCs/>
          <w:sz w:val="16"/>
          <w:szCs w:val="16"/>
        </w:rPr>
        <w:lastRenderedPageBreak/>
        <w:t xml:space="preserve">            </w:t>
      </w:r>
      <w:proofErr w:type="spellStart"/>
      <w:r>
        <w:rPr>
          <w:i/>
          <w:iCs/>
          <w:sz w:val="16"/>
          <w:szCs w:val="16"/>
        </w:rPr>
        <w:t>Załącznik</w:t>
      </w:r>
      <w:proofErr w:type="spellEnd"/>
      <w:r>
        <w:rPr>
          <w:i/>
          <w:iCs/>
          <w:sz w:val="16"/>
          <w:szCs w:val="16"/>
        </w:rPr>
        <w:t xml:space="preserve"> nr 5</w:t>
      </w:r>
    </w:p>
    <w:p w14:paraId="524F1C8B" w14:textId="26BD8A30" w:rsidR="00FE5260" w:rsidRDefault="00FE5260" w:rsidP="00FE5260">
      <w:pPr>
        <w:jc w:val="center"/>
        <w:rPr>
          <w:rFonts w:cs="Arial"/>
          <w:b/>
          <w:sz w:val="28"/>
          <w:lang w:val="pl-PL"/>
        </w:rPr>
      </w:pPr>
      <w:r w:rsidRPr="00A10255">
        <w:rPr>
          <w:rFonts w:cs="Arial"/>
          <w:b/>
          <w:sz w:val="28"/>
          <w:lang w:val="pl-PL"/>
        </w:rPr>
        <w:t>KARTA DZIAŁAŃ MAJĄCYCH NA CELU WYELIMINOWANIE NIEPRAWIDŁOWOŚCI</w:t>
      </w:r>
    </w:p>
    <w:p w14:paraId="731DECC7" w14:textId="77777777" w:rsidR="00FE5260" w:rsidRPr="00A10255" w:rsidRDefault="00FE5260" w:rsidP="00FE5260">
      <w:pPr>
        <w:jc w:val="center"/>
        <w:rPr>
          <w:rFonts w:cs="Arial"/>
          <w:lang w:val="pl-PL"/>
        </w:rPr>
      </w:pPr>
    </w:p>
    <w:p w14:paraId="4006D47E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Data stwierdzenia nieprawidłowości: ..................................................</w:t>
      </w:r>
      <w:r>
        <w:rPr>
          <w:rFonts w:cs="Arial"/>
          <w:lang w:val="pl-PL"/>
        </w:rPr>
        <w:t>....</w:t>
      </w:r>
    </w:p>
    <w:p w14:paraId="5EAEFCAF" w14:textId="77777777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</w:p>
    <w:p w14:paraId="521485B8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Podmiot świadczący usługi / komórka organizacyjna: </w:t>
      </w:r>
    </w:p>
    <w:p w14:paraId="4EFA53EA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</w:p>
    <w:p w14:paraId="57E6FAB5" w14:textId="6403BA9B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</w:t>
      </w:r>
      <w:r>
        <w:rPr>
          <w:rFonts w:cs="Arial"/>
          <w:lang w:val="pl-PL"/>
        </w:rPr>
        <w:t>...............................................................................</w:t>
      </w:r>
      <w:r w:rsidRPr="00A10255">
        <w:rPr>
          <w:rFonts w:cs="Arial"/>
          <w:lang w:val="pl-PL"/>
        </w:rPr>
        <w:t>................................................................................................</w:t>
      </w:r>
    </w:p>
    <w:p w14:paraId="097B50D3" w14:textId="77777777" w:rsidR="00FE5260" w:rsidRDefault="00FE5260" w:rsidP="00FE5260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Opis nieprawidłowości i ustalony stan faktyczny: </w:t>
      </w:r>
    </w:p>
    <w:p w14:paraId="251D34ED" w14:textId="28882189" w:rsidR="00FE5260" w:rsidRDefault="00FE5260" w:rsidP="00FE5260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</w:t>
      </w:r>
    </w:p>
    <w:p w14:paraId="02171FEA" w14:textId="77777777" w:rsidR="006C5A23" w:rsidRDefault="006C5A23" w:rsidP="006C5A23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</w:t>
      </w:r>
    </w:p>
    <w:p w14:paraId="4C2FF7D3" w14:textId="77777777" w:rsidR="006C5A23" w:rsidRDefault="006C5A23" w:rsidP="006C5A23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</w:t>
      </w:r>
    </w:p>
    <w:p w14:paraId="2AC27BE1" w14:textId="733C476F" w:rsidR="006C5A23" w:rsidRDefault="006C5A23" w:rsidP="00FE5260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</w:t>
      </w:r>
    </w:p>
    <w:p w14:paraId="7C7F2A5D" w14:textId="77777777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</w:p>
    <w:p w14:paraId="3C52E57A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Wymaganie, którego nie spełniono (decyzja / § rozporządzenia / inne): </w:t>
      </w:r>
    </w:p>
    <w:p w14:paraId="7F028429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</w:p>
    <w:p w14:paraId="492E773F" w14:textId="77777777" w:rsidR="006C5A23" w:rsidRDefault="006C5A23" w:rsidP="006C5A23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</w:t>
      </w:r>
    </w:p>
    <w:p w14:paraId="264F3EF1" w14:textId="77777777" w:rsidR="006C5A23" w:rsidRDefault="006C5A23" w:rsidP="00FE5260">
      <w:pPr>
        <w:spacing w:after="40" w:line="240" w:lineRule="auto"/>
        <w:rPr>
          <w:rFonts w:cs="Arial"/>
          <w:lang w:val="pl-PL"/>
        </w:rPr>
      </w:pPr>
    </w:p>
    <w:p w14:paraId="6C843F76" w14:textId="3E25F14C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........................................................................................................</w:t>
      </w:r>
      <w:r w:rsidRPr="00A10255">
        <w:rPr>
          <w:rFonts w:cs="Arial"/>
          <w:lang w:val="pl-PL"/>
        </w:rPr>
        <w:t>...........</w:t>
      </w:r>
    </w:p>
    <w:p w14:paraId="2944345E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Przyczyna nieprawidłowości – jeżeli została ustalona: </w:t>
      </w:r>
    </w:p>
    <w:p w14:paraId="11061DEE" w14:textId="77777777" w:rsidR="006C5A23" w:rsidRDefault="006C5A23" w:rsidP="006C5A23">
      <w:pPr>
        <w:spacing w:before="240"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</w:t>
      </w:r>
    </w:p>
    <w:p w14:paraId="7B0E2023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</w:p>
    <w:p w14:paraId="28838A21" w14:textId="214D1A25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................................................................................</w:t>
      </w:r>
      <w:r w:rsidRPr="00A10255">
        <w:rPr>
          <w:rFonts w:cs="Arial"/>
          <w:lang w:val="pl-PL"/>
        </w:rPr>
        <w:t>...............................</w:t>
      </w:r>
    </w:p>
    <w:p w14:paraId="2EB20C42" w14:textId="77777777" w:rsidR="006C5A23" w:rsidRPr="00A10255" w:rsidRDefault="006C5A23" w:rsidP="00FE5260">
      <w:pPr>
        <w:spacing w:after="40" w:line="240" w:lineRule="auto"/>
        <w:rPr>
          <w:rFonts w:cs="Arial"/>
          <w:lang w:val="pl-PL"/>
        </w:rPr>
      </w:pPr>
    </w:p>
    <w:p w14:paraId="1F2748E1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Działanie mające na celu wyeliminowanie nieprawidłowości: </w:t>
      </w:r>
    </w:p>
    <w:p w14:paraId="52E1E582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</w:p>
    <w:p w14:paraId="5956DBFE" w14:textId="3D4B5CC2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......................................................................................</w:t>
      </w:r>
      <w:r>
        <w:rPr>
          <w:rFonts w:cs="Arial"/>
          <w:lang w:val="pl-PL"/>
        </w:rPr>
        <w:t>........................................................................................</w:t>
      </w:r>
      <w:r w:rsidRPr="00A10255">
        <w:rPr>
          <w:rFonts w:cs="Arial"/>
          <w:lang w:val="pl-PL"/>
        </w:rPr>
        <w:t>..................</w:t>
      </w:r>
    </w:p>
    <w:p w14:paraId="185C19A5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</w:p>
    <w:p w14:paraId="4E00D983" w14:textId="77777777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</w:p>
    <w:p w14:paraId="74428E77" w14:textId="76E80401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Termin realizacji: ........................................   Osoba/podmiot odpowiedzialny: ..................</w:t>
      </w:r>
      <w:r>
        <w:rPr>
          <w:rFonts w:cs="Arial"/>
          <w:lang w:val="pl-PL"/>
        </w:rPr>
        <w:t>.....</w:t>
      </w:r>
      <w:r w:rsidRPr="00A10255">
        <w:rPr>
          <w:rFonts w:cs="Arial"/>
          <w:lang w:val="pl-PL"/>
        </w:rPr>
        <w:t>..............................................</w:t>
      </w:r>
    </w:p>
    <w:p w14:paraId="1121DA12" w14:textId="77777777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</w:p>
    <w:p w14:paraId="5E6CEEEA" w14:textId="77777777" w:rsidR="006C5A23" w:rsidRDefault="006C5A23" w:rsidP="00FE5260">
      <w:pPr>
        <w:spacing w:after="40" w:line="240" w:lineRule="auto"/>
        <w:rPr>
          <w:rFonts w:cs="Arial"/>
          <w:lang w:val="pl-PL"/>
        </w:rPr>
      </w:pPr>
    </w:p>
    <w:p w14:paraId="3A2F2F43" w14:textId="77777777" w:rsidR="006C5A23" w:rsidRDefault="006C5A23" w:rsidP="00FE5260">
      <w:pPr>
        <w:spacing w:after="40" w:line="240" w:lineRule="auto"/>
        <w:rPr>
          <w:rFonts w:cs="Arial"/>
          <w:lang w:val="pl-PL"/>
        </w:rPr>
      </w:pPr>
    </w:p>
    <w:p w14:paraId="30A05259" w14:textId="77777777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</w:p>
    <w:p w14:paraId="6376F08E" w14:textId="5B0041FE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Data weryfikacji</w:t>
      </w:r>
      <w:r w:rsidR="006C5A23">
        <w:rPr>
          <w:rFonts w:cs="Arial"/>
          <w:lang w:val="pl-PL"/>
        </w:rPr>
        <w:t xml:space="preserve"> wykonania działania</w:t>
      </w:r>
      <w:r w:rsidRPr="00A10255">
        <w:rPr>
          <w:rFonts w:cs="Arial"/>
          <w:lang w:val="pl-PL"/>
        </w:rPr>
        <w:t>: ........................................</w:t>
      </w:r>
    </w:p>
    <w:p w14:paraId="0CA5F83E" w14:textId="77777777" w:rsidR="00FE5260" w:rsidRPr="00A10255" w:rsidRDefault="00FE5260" w:rsidP="00FE5260">
      <w:pPr>
        <w:spacing w:after="40" w:line="240" w:lineRule="auto"/>
        <w:rPr>
          <w:rFonts w:cs="Arial"/>
          <w:lang w:val="pl-PL"/>
        </w:rPr>
      </w:pPr>
    </w:p>
    <w:p w14:paraId="64F76AD3" w14:textId="77777777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 xml:space="preserve">Wynik: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nieprawidłowość usunięta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częściowo usunięta </w:t>
      </w:r>
      <w:r w:rsidRPr="00A10255">
        <w:rPr>
          <w:rFonts w:ascii="MS Gothic" w:eastAsia="MS Gothic" w:hAnsi="MS Gothic" w:cs="MS Gothic" w:hint="eastAsia"/>
          <w:lang w:val="pl-PL"/>
        </w:rPr>
        <w:t>☐</w:t>
      </w:r>
      <w:r w:rsidRPr="00A10255">
        <w:rPr>
          <w:rFonts w:cs="Arial"/>
          <w:lang w:val="pl-PL"/>
        </w:rPr>
        <w:t xml:space="preserve"> nieusunięta</w:t>
      </w:r>
    </w:p>
    <w:p w14:paraId="312DEAA9" w14:textId="77777777" w:rsidR="006C5A23" w:rsidRPr="00A10255" w:rsidRDefault="006C5A23" w:rsidP="00FE5260">
      <w:pPr>
        <w:spacing w:after="40" w:line="240" w:lineRule="auto"/>
        <w:rPr>
          <w:rFonts w:cs="Arial"/>
          <w:lang w:val="pl-PL"/>
        </w:rPr>
      </w:pPr>
    </w:p>
    <w:p w14:paraId="02CA086F" w14:textId="6318429B" w:rsidR="00FE5260" w:rsidRDefault="00FE5260" w:rsidP="00FE5260">
      <w:pPr>
        <w:spacing w:after="40" w:line="240" w:lineRule="auto"/>
        <w:rPr>
          <w:rFonts w:cs="Arial"/>
          <w:lang w:val="pl-PL"/>
        </w:rPr>
      </w:pPr>
      <w:r w:rsidRPr="00A10255">
        <w:rPr>
          <w:rFonts w:cs="Arial"/>
          <w:lang w:val="pl-PL"/>
        </w:rPr>
        <w:t>Dalsze działania: ........................................................................................................................................................................</w:t>
      </w:r>
      <w:r w:rsidR="006C5A23">
        <w:rPr>
          <w:rFonts w:cs="Arial"/>
          <w:lang w:val="pl-PL"/>
        </w:rPr>
        <w:t>......................</w:t>
      </w:r>
      <w:r w:rsidRPr="00A10255">
        <w:rPr>
          <w:rFonts w:cs="Arial"/>
          <w:lang w:val="pl-PL"/>
        </w:rPr>
        <w:t>..</w:t>
      </w:r>
    </w:p>
    <w:p w14:paraId="484A49B3" w14:textId="77777777" w:rsidR="006C5A23" w:rsidRPr="00A10255" w:rsidRDefault="006C5A23" w:rsidP="00FE5260">
      <w:pPr>
        <w:spacing w:after="40" w:line="240" w:lineRule="auto"/>
        <w:rPr>
          <w:rFonts w:cs="Arial"/>
          <w:lang w:val="pl-PL"/>
        </w:rPr>
      </w:pPr>
    </w:p>
    <w:p w14:paraId="6CAB6B14" w14:textId="77777777" w:rsidR="006C5A23" w:rsidRDefault="006C5A23" w:rsidP="006C5A23">
      <w:pPr>
        <w:spacing w:after="40" w:line="240" w:lineRule="auto"/>
        <w:ind w:left="2880" w:firstLine="720"/>
        <w:rPr>
          <w:rFonts w:cs="Arial"/>
          <w:lang w:val="pl-PL"/>
        </w:rPr>
      </w:pPr>
    </w:p>
    <w:p w14:paraId="021CD8D9" w14:textId="77777777" w:rsidR="006C5A23" w:rsidRDefault="006C5A23" w:rsidP="006C5A23">
      <w:pPr>
        <w:spacing w:after="40" w:line="240" w:lineRule="auto"/>
        <w:ind w:left="2880" w:firstLine="720"/>
        <w:rPr>
          <w:rFonts w:cs="Arial"/>
          <w:lang w:val="pl-PL"/>
        </w:rPr>
      </w:pPr>
    </w:p>
    <w:p w14:paraId="1BB22D65" w14:textId="0F8CDA2C" w:rsidR="00FE5260" w:rsidRPr="00A10255" w:rsidRDefault="00FE5260" w:rsidP="006C5A23">
      <w:pPr>
        <w:spacing w:after="40" w:line="240" w:lineRule="auto"/>
        <w:ind w:left="3600"/>
        <w:rPr>
          <w:rFonts w:cs="Arial"/>
          <w:lang w:val="pl-PL"/>
        </w:rPr>
      </w:pPr>
      <w:r w:rsidRPr="00A10255">
        <w:rPr>
          <w:rFonts w:cs="Arial"/>
          <w:lang w:val="pl-PL"/>
        </w:rPr>
        <w:t>Podpis osoby dokonującej weryfikacji: ....</w:t>
      </w:r>
      <w:r w:rsidR="006C5A23">
        <w:rPr>
          <w:rFonts w:cs="Arial"/>
          <w:lang w:val="pl-PL"/>
        </w:rPr>
        <w:t>.......</w:t>
      </w:r>
      <w:r w:rsidRPr="00A10255">
        <w:rPr>
          <w:rFonts w:cs="Arial"/>
          <w:lang w:val="pl-PL"/>
        </w:rPr>
        <w:t>....................................................</w:t>
      </w:r>
    </w:p>
    <w:p w14:paraId="436B455D" w14:textId="0760EFD0" w:rsidR="00641557" w:rsidRPr="00A10255" w:rsidRDefault="00641557">
      <w:pPr>
        <w:spacing w:after="40" w:line="240" w:lineRule="auto"/>
        <w:rPr>
          <w:rFonts w:cs="Arial"/>
          <w:lang w:val="pl-PL"/>
        </w:rPr>
      </w:pPr>
    </w:p>
    <w:sectPr w:rsidR="00641557" w:rsidRPr="00A10255" w:rsidSect="00034616">
      <w:pgSz w:w="12240" w:h="15840"/>
      <w:pgMar w:top="850" w:right="964" w:bottom="85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052CA" w14:textId="77777777" w:rsidR="009719D0" w:rsidRDefault="009719D0" w:rsidP="009719D0">
      <w:pPr>
        <w:spacing w:after="0" w:line="240" w:lineRule="auto"/>
      </w:pPr>
      <w:r>
        <w:separator/>
      </w:r>
    </w:p>
  </w:endnote>
  <w:endnote w:type="continuationSeparator" w:id="0">
    <w:p w14:paraId="4EA7E289" w14:textId="77777777" w:rsidR="009719D0" w:rsidRDefault="009719D0" w:rsidP="00971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BD7D3" w14:textId="77777777" w:rsidR="009719D0" w:rsidRDefault="009719D0" w:rsidP="009719D0">
      <w:pPr>
        <w:spacing w:after="0" w:line="240" w:lineRule="auto"/>
      </w:pPr>
      <w:r>
        <w:separator/>
      </w:r>
    </w:p>
  </w:footnote>
  <w:footnote w:type="continuationSeparator" w:id="0">
    <w:p w14:paraId="7DB54C52" w14:textId="77777777" w:rsidR="009719D0" w:rsidRDefault="009719D0" w:rsidP="00971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7833BC4"/>
    <w:multiLevelType w:val="hybridMultilevel"/>
    <w:tmpl w:val="2D569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4611A"/>
    <w:multiLevelType w:val="hybridMultilevel"/>
    <w:tmpl w:val="DD3602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767856">
    <w:abstractNumId w:val="8"/>
  </w:num>
  <w:num w:numId="2" w16cid:durableId="1145274342">
    <w:abstractNumId w:val="6"/>
  </w:num>
  <w:num w:numId="3" w16cid:durableId="1048916757">
    <w:abstractNumId w:val="5"/>
  </w:num>
  <w:num w:numId="4" w16cid:durableId="2137529982">
    <w:abstractNumId w:val="4"/>
  </w:num>
  <w:num w:numId="5" w16cid:durableId="1518811533">
    <w:abstractNumId w:val="7"/>
  </w:num>
  <w:num w:numId="6" w16cid:durableId="1507092805">
    <w:abstractNumId w:val="3"/>
  </w:num>
  <w:num w:numId="7" w16cid:durableId="975836241">
    <w:abstractNumId w:val="2"/>
  </w:num>
  <w:num w:numId="8" w16cid:durableId="23137061">
    <w:abstractNumId w:val="1"/>
  </w:num>
  <w:num w:numId="9" w16cid:durableId="1108502263">
    <w:abstractNumId w:val="0"/>
  </w:num>
  <w:num w:numId="10" w16cid:durableId="1882593213">
    <w:abstractNumId w:val="10"/>
  </w:num>
  <w:num w:numId="11" w16cid:durableId="16993148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317E"/>
    <w:rsid w:val="0006063C"/>
    <w:rsid w:val="00100A9A"/>
    <w:rsid w:val="0015074B"/>
    <w:rsid w:val="001A1F97"/>
    <w:rsid w:val="00251FF2"/>
    <w:rsid w:val="0029639D"/>
    <w:rsid w:val="00301BB3"/>
    <w:rsid w:val="00305212"/>
    <w:rsid w:val="00326F90"/>
    <w:rsid w:val="0037434B"/>
    <w:rsid w:val="003F5F1E"/>
    <w:rsid w:val="004528F2"/>
    <w:rsid w:val="004571F8"/>
    <w:rsid w:val="0047396F"/>
    <w:rsid w:val="00491EBE"/>
    <w:rsid w:val="005458A9"/>
    <w:rsid w:val="00641557"/>
    <w:rsid w:val="006C5A23"/>
    <w:rsid w:val="00730C0A"/>
    <w:rsid w:val="007C6BAA"/>
    <w:rsid w:val="0080110A"/>
    <w:rsid w:val="00943E16"/>
    <w:rsid w:val="009719D0"/>
    <w:rsid w:val="009D33A6"/>
    <w:rsid w:val="00A10255"/>
    <w:rsid w:val="00A3585A"/>
    <w:rsid w:val="00AA1D8D"/>
    <w:rsid w:val="00B1631C"/>
    <w:rsid w:val="00B47730"/>
    <w:rsid w:val="00B53FF5"/>
    <w:rsid w:val="00B93B92"/>
    <w:rsid w:val="00C85BC3"/>
    <w:rsid w:val="00CB0664"/>
    <w:rsid w:val="00FC693F"/>
    <w:rsid w:val="00FD59CB"/>
    <w:rsid w:val="00FE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8E466"/>
  <w14:defaultImageDpi w14:val="300"/>
  <w15:docId w15:val="{B1403045-7C5A-45F0-8347-F1DDE0B1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A23"/>
    <w:rPr>
      <w:rFonts w:ascii="Arial" w:hAnsi="Arial"/>
      <w:sz w:val="19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B93B92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val="pl-P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889CCF-F681-46E1-AA6E-0A8EAADF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2408</Words>
  <Characters>14453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16828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procedura</dc:title>
  <dc:subject/>
  <dc:creator>anna wnukowska</dc:creator>
  <cp:keywords/>
  <dc:description>generated by python-docx</dc:description>
  <cp:lastModifiedBy>Kamila Stachewicz</cp:lastModifiedBy>
  <cp:revision>4</cp:revision>
  <cp:lastPrinted>2026-09-21T09:47:00Z</cp:lastPrinted>
  <dcterms:created xsi:type="dcterms:W3CDTF">2026-09-21T09:48:00Z</dcterms:created>
  <dcterms:modified xsi:type="dcterms:W3CDTF">2026-09-29T10:52:00Z</dcterms:modified>
  <cp:category/>
</cp:coreProperties>
</file>